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888B9" w14:textId="77777777" w:rsidR="00785DC4" w:rsidRDefault="003C2B44" w:rsidP="00203C05">
      <w:pPr>
        <w:spacing w:after="0" w:line="240" w:lineRule="auto"/>
        <w:jc w:val="right"/>
        <w:rPr>
          <w:bCs/>
        </w:rPr>
      </w:pPr>
      <w:r>
        <w:rPr>
          <w:bCs/>
        </w:rPr>
        <w:t>NOTE</w:t>
      </w:r>
      <w:r w:rsidRPr="0049123E">
        <w:rPr>
          <w:bCs/>
        </w:rPr>
        <w:t xml:space="preserve"> 5060</w:t>
      </w:r>
    </w:p>
    <w:p w14:paraId="3C22696A" w14:textId="77777777" w:rsidR="00785DC4" w:rsidRDefault="003C2B44" w:rsidP="00203C05">
      <w:pPr>
        <w:spacing w:after="0" w:line="240" w:lineRule="auto"/>
        <w:jc w:val="right"/>
      </w:pPr>
      <w:r>
        <w:t>N1</w:t>
      </w:r>
    </w:p>
    <w:p w14:paraId="065E4039" w14:textId="5DEAE584" w:rsidR="00833A48" w:rsidRDefault="003C2B44" w:rsidP="00203C05">
      <w:pPr>
        <w:spacing w:after="0" w:line="240" w:lineRule="auto"/>
        <w:jc w:val="right"/>
      </w:pPr>
      <w:r>
        <w:t>Day Month Year</w:t>
      </w:r>
    </w:p>
    <w:p w14:paraId="51C3A368" w14:textId="77777777" w:rsidR="00184391" w:rsidRDefault="00184391" w:rsidP="00203C05">
      <w:pPr>
        <w:spacing w:after="0" w:line="240" w:lineRule="auto"/>
      </w:pPr>
    </w:p>
    <w:p w14:paraId="4F0EBECC" w14:textId="77777777" w:rsidR="00AC7EEC" w:rsidRPr="00AC7EEC" w:rsidRDefault="00AC7EEC" w:rsidP="00203C05">
      <w:pPr>
        <w:spacing w:after="0" w:line="240" w:lineRule="auto"/>
        <w:rPr>
          <w:u w:val="single"/>
        </w:rPr>
      </w:pPr>
      <w:r w:rsidRPr="00AC7EEC">
        <w:rPr>
          <w:u w:val="single"/>
        </w:rPr>
        <w:t>COMMAND NOTICE 5060</w:t>
      </w:r>
    </w:p>
    <w:p w14:paraId="21A4151C" w14:textId="77777777" w:rsidR="00AC7EEC" w:rsidRDefault="00AC7EEC" w:rsidP="00203C05">
      <w:pPr>
        <w:spacing w:after="0" w:line="240" w:lineRule="auto"/>
      </w:pPr>
    </w:p>
    <w:p w14:paraId="13A40D86" w14:textId="03BA6AE9" w:rsidR="002949FB" w:rsidRDefault="00483A4C" w:rsidP="00203C05">
      <w:pPr>
        <w:spacing w:after="0" w:line="240" w:lineRule="auto"/>
      </w:pPr>
      <w:r>
        <w:t>From:</w:t>
      </w:r>
      <w:r>
        <w:tab/>
      </w:r>
      <w:r w:rsidR="00ED0DCC" w:rsidRPr="000811E9">
        <w:rPr>
          <w:highlight w:val="yellow"/>
        </w:rPr>
        <w:t>Director/</w:t>
      </w:r>
      <w:r w:rsidRPr="000811E9">
        <w:rPr>
          <w:highlight w:val="yellow"/>
        </w:rPr>
        <w:t>Commander</w:t>
      </w:r>
      <w:r w:rsidR="00ED0DCC" w:rsidRPr="000811E9">
        <w:rPr>
          <w:highlight w:val="yellow"/>
        </w:rPr>
        <w:t>/Commanding Officer</w:t>
      </w:r>
      <w:r w:rsidRPr="000811E9">
        <w:rPr>
          <w:highlight w:val="yellow"/>
        </w:rPr>
        <w:t>,</w:t>
      </w:r>
      <w:r w:rsidR="00ED0DCC" w:rsidRPr="000811E9">
        <w:rPr>
          <w:highlight w:val="yellow"/>
        </w:rPr>
        <w:t xml:space="preserve"> </w:t>
      </w:r>
      <w:r w:rsidR="008E01DA" w:rsidRPr="000811E9">
        <w:rPr>
          <w:highlight w:val="yellow"/>
        </w:rPr>
        <w:t>Command Title</w:t>
      </w:r>
    </w:p>
    <w:p w14:paraId="2D024120" w14:textId="77777777" w:rsidR="00830766" w:rsidRDefault="00830766" w:rsidP="00203C05">
      <w:pPr>
        <w:spacing w:after="0" w:line="240" w:lineRule="auto"/>
      </w:pPr>
    </w:p>
    <w:p w14:paraId="58551026" w14:textId="43FF39D4" w:rsidR="002949FB" w:rsidRDefault="00483A4C" w:rsidP="00203C05">
      <w:pPr>
        <w:spacing w:after="0" w:line="240" w:lineRule="auto"/>
      </w:pPr>
      <w:r>
        <w:t>Subj:</w:t>
      </w:r>
      <w:r>
        <w:tab/>
        <w:t xml:space="preserve">COMMISSIONING CEREMONY OF </w:t>
      </w:r>
      <w:r w:rsidR="0025476A" w:rsidRPr="000811E9">
        <w:rPr>
          <w:highlight w:val="yellow"/>
        </w:rPr>
        <w:t>RATE</w:t>
      </w:r>
      <w:r w:rsidR="00533776" w:rsidRPr="000811E9">
        <w:rPr>
          <w:highlight w:val="yellow"/>
        </w:rPr>
        <w:t>/NAME</w:t>
      </w:r>
      <w:r>
        <w:t>, USN</w:t>
      </w:r>
    </w:p>
    <w:p w14:paraId="37BF4930" w14:textId="53B207C3" w:rsidR="00184391" w:rsidRDefault="00184391" w:rsidP="00203C05">
      <w:pPr>
        <w:spacing w:after="0" w:line="240" w:lineRule="auto"/>
      </w:pPr>
    </w:p>
    <w:p w14:paraId="6072C153" w14:textId="2C5CAC37" w:rsidR="00184391" w:rsidRDefault="00483A4C" w:rsidP="00203C05">
      <w:pPr>
        <w:spacing w:after="0" w:line="240" w:lineRule="auto"/>
      </w:pPr>
      <w:r>
        <w:t>Encl:</w:t>
      </w:r>
      <w:r>
        <w:tab/>
        <w:t>(1)</w:t>
      </w:r>
      <w:r w:rsidR="00203C05">
        <w:t xml:space="preserve">  </w:t>
      </w:r>
      <w:r>
        <w:t>Assignment of Responsibilities</w:t>
      </w:r>
    </w:p>
    <w:p w14:paraId="08689579" w14:textId="3769F028" w:rsidR="00184391" w:rsidRDefault="00483A4C" w:rsidP="00203C05">
      <w:pPr>
        <w:spacing w:after="0" w:line="240" w:lineRule="auto"/>
      </w:pPr>
      <w:r>
        <w:tab/>
      </w:r>
      <w:r w:rsidR="00296B71">
        <w:tab/>
      </w:r>
      <w:r>
        <w:t>(2)</w:t>
      </w:r>
      <w:r w:rsidR="00203C05">
        <w:t xml:space="preserve">  </w:t>
      </w:r>
      <w:r>
        <w:t>Schedule of Events</w:t>
      </w:r>
    </w:p>
    <w:p w14:paraId="68D286A6" w14:textId="7D72D3F6" w:rsidR="00833A48" w:rsidRDefault="00296B71" w:rsidP="00203C05">
      <w:pPr>
        <w:spacing w:after="0" w:line="240" w:lineRule="auto"/>
      </w:pPr>
      <w:r>
        <w:tab/>
      </w:r>
      <w:r w:rsidR="00483A4C">
        <w:tab/>
        <w:t>(3)</w:t>
      </w:r>
      <w:r w:rsidR="00203C05">
        <w:t xml:space="preserve">  </w:t>
      </w:r>
      <w:r w:rsidR="00483A4C">
        <w:t>Ceremony Script</w:t>
      </w:r>
    </w:p>
    <w:p w14:paraId="7C6A89C4" w14:textId="77777777" w:rsidR="00184391" w:rsidRDefault="00184391" w:rsidP="00203C05">
      <w:pPr>
        <w:spacing w:after="0" w:line="240" w:lineRule="auto"/>
        <w:rPr>
          <w:bCs/>
        </w:rPr>
      </w:pPr>
    </w:p>
    <w:p w14:paraId="6F847421" w14:textId="3D228C0D" w:rsidR="00833A48" w:rsidRDefault="00483A4C" w:rsidP="00203C05">
      <w:pPr>
        <w:spacing w:after="0" w:line="240" w:lineRule="auto"/>
      </w:pPr>
      <w:r w:rsidRPr="002949FB">
        <w:rPr>
          <w:bCs/>
        </w:rPr>
        <w:t>1.</w:t>
      </w:r>
      <w:r w:rsidR="00296B71">
        <w:rPr>
          <w:bCs/>
        </w:rPr>
        <w:tab/>
      </w:r>
      <w:r w:rsidRPr="002949FB">
        <w:rPr>
          <w:bCs/>
          <w:u w:val="single"/>
        </w:rPr>
        <w:t>Purpose</w:t>
      </w:r>
      <w:r w:rsidRPr="002949FB">
        <w:rPr>
          <w:bCs/>
        </w:rPr>
        <w:t>.</w:t>
      </w:r>
      <w:r w:rsidR="00296B71">
        <w:tab/>
      </w:r>
      <w:r>
        <w:t xml:space="preserve">To promulgate responsibilities, schedule, and script for the commissioning ceremony </w:t>
      </w:r>
      <w:r w:rsidR="005F1C70">
        <w:t xml:space="preserve">in honor </w:t>
      </w:r>
      <w:r>
        <w:t xml:space="preserve">of </w:t>
      </w:r>
      <w:r w:rsidR="00533776" w:rsidRPr="000811E9">
        <w:rPr>
          <w:highlight w:val="yellow"/>
        </w:rPr>
        <w:t>R</w:t>
      </w:r>
      <w:r w:rsidR="000811E9" w:rsidRPr="000811E9">
        <w:rPr>
          <w:highlight w:val="yellow"/>
        </w:rPr>
        <w:t>ate</w:t>
      </w:r>
      <w:r w:rsidR="00533776" w:rsidRPr="000811E9">
        <w:rPr>
          <w:highlight w:val="yellow"/>
        </w:rPr>
        <w:t>/Name</w:t>
      </w:r>
      <w:r w:rsidRPr="000811E9">
        <w:t>,</w:t>
      </w:r>
      <w:r>
        <w:t xml:space="preserve"> USN.</w:t>
      </w:r>
    </w:p>
    <w:p w14:paraId="51207EA2" w14:textId="77777777" w:rsidR="00184391" w:rsidRDefault="00184391" w:rsidP="00203C05">
      <w:pPr>
        <w:spacing w:after="0" w:line="240" w:lineRule="auto"/>
        <w:rPr>
          <w:bCs/>
        </w:rPr>
      </w:pPr>
    </w:p>
    <w:p w14:paraId="4768106C" w14:textId="4DADF923" w:rsidR="00833A48" w:rsidRDefault="00483A4C" w:rsidP="00203C05">
      <w:pPr>
        <w:spacing w:after="0" w:line="240" w:lineRule="auto"/>
      </w:pPr>
      <w:r w:rsidRPr="002949FB">
        <w:rPr>
          <w:bCs/>
        </w:rPr>
        <w:t>2.</w:t>
      </w:r>
      <w:r w:rsidR="00296B71">
        <w:rPr>
          <w:bCs/>
        </w:rPr>
        <w:tab/>
      </w:r>
      <w:r w:rsidRPr="002949FB">
        <w:rPr>
          <w:bCs/>
          <w:u w:val="single"/>
        </w:rPr>
        <w:t>Background</w:t>
      </w:r>
      <w:r w:rsidRPr="002949FB">
        <w:rPr>
          <w:bCs/>
        </w:rPr>
        <w:t>.</w:t>
      </w:r>
      <w:r w:rsidR="00296B71">
        <w:rPr>
          <w:bCs/>
        </w:rPr>
        <w:tab/>
      </w:r>
      <w:r w:rsidR="004551BF" w:rsidRPr="000811E9">
        <w:rPr>
          <w:highlight w:val="yellow"/>
        </w:rPr>
        <w:t>Rate</w:t>
      </w:r>
      <w:r w:rsidR="0025476A" w:rsidRPr="000811E9">
        <w:rPr>
          <w:highlight w:val="yellow"/>
        </w:rPr>
        <w:t>, Name</w:t>
      </w:r>
      <w:r>
        <w:t xml:space="preserve"> was selected for commission via the Limited Duty Officer/Chief Warrant Officer (LDO/CWO) In-Service Procurement Program for </w:t>
      </w:r>
      <w:r w:rsidR="00347E78" w:rsidRPr="000811E9">
        <w:rPr>
          <w:highlight w:val="yellow"/>
        </w:rPr>
        <w:t>Designator Title</w:t>
      </w:r>
      <w:r w:rsidR="000811E9">
        <w:rPr>
          <w:highlight w:val="yellow"/>
        </w:rPr>
        <w:t xml:space="preserve"> </w:t>
      </w:r>
      <w:r w:rsidRPr="000811E9">
        <w:rPr>
          <w:highlight w:val="yellow"/>
        </w:rPr>
        <w:t>(</w:t>
      </w:r>
      <w:r w:rsidR="00347E78" w:rsidRPr="000811E9">
        <w:rPr>
          <w:highlight w:val="yellow"/>
        </w:rPr>
        <w:t>Designat</w:t>
      </w:r>
      <w:r w:rsidR="00226A6B" w:rsidRPr="000811E9">
        <w:rPr>
          <w:highlight w:val="yellow"/>
        </w:rPr>
        <w:t>or</w:t>
      </w:r>
      <w:r w:rsidRPr="000811E9">
        <w:rPr>
          <w:highlight w:val="yellow"/>
        </w:rPr>
        <w:t>)</w:t>
      </w:r>
      <w:r w:rsidR="004F4A48">
        <w:t>,</w:t>
      </w:r>
      <w:r>
        <w:t xml:space="preserve"> LDO</w:t>
      </w:r>
      <w:r w:rsidR="00226A6B">
        <w:t>/CWO</w:t>
      </w:r>
      <w:r>
        <w:t>.</w:t>
      </w:r>
      <w:r w:rsidR="00BB081C">
        <w:t xml:space="preserve"> </w:t>
      </w:r>
      <w:r>
        <w:t xml:space="preserve"> </w:t>
      </w:r>
      <w:r w:rsidR="000811E9" w:rsidRPr="00A733FA">
        <w:rPr>
          <w:highlight w:val="yellow"/>
        </w:rPr>
        <w:t>Rate</w:t>
      </w:r>
      <w:r w:rsidR="00A733FA">
        <w:rPr>
          <w:highlight w:val="yellow"/>
        </w:rPr>
        <w:t>/</w:t>
      </w:r>
      <w:r w:rsidR="000811E9" w:rsidRPr="00A733FA">
        <w:rPr>
          <w:highlight w:val="yellow"/>
        </w:rPr>
        <w:t>Name</w:t>
      </w:r>
      <w:r>
        <w:t>’s commissioning ceremony will be held o</w:t>
      </w:r>
      <w:r w:rsidR="00226A6B">
        <w:t xml:space="preserve">n </w:t>
      </w:r>
      <w:r w:rsidR="004551BF" w:rsidRPr="00A733FA">
        <w:rPr>
          <w:highlight w:val="yellow"/>
        </w:rPr>
        <w:t>Day</w:t>
      </w:r>
      <w:r w:rsidRPr="00A733FA">
        <w:rPr>
          <w:highlight w:val="yellow"/>
        </w:rPr>
        <w:t xml:space="preserve">, </w:t>
      </w:r>
      <w:r w:rsidR="0052286D" w:rsidRPr="00A733FA">
        <w:rPr>
          <w:highlight w:val="yellow"/>
        </w:rPr>
        <w:t>Da</w:t>
      </w:r>
      <w:r w:rsidR="004551BF" w:rsidRPr="00A733FA">
        <w:rPr>
          <w:highlight w:val="yellow"/>
        </w:rPr>
        <w:t>te</w:t>
      </w:r>
      <w:r w:rsidRPr="00A733FA">
        <w:rPr>
          <w:highlight w:val="yellow"/>
        </w:rPr>
        <w:t xml:space="preserve"> </w:t>
      </w:r>
      <w:r w:rsidR="0052286D" w:rsidRPr="00A733FA">
        <w:rPr>
          <w:highlight w:val="yellow"/>
        </w:rPr>
        <w:t>Month</w:t>
      </w:r>
      <w:r w:rsidRPr="00A733FA">
        <w:rPr>
          <w:highlight w:val="yellow"/>
        </w:rPr>
        <w:t xml:space="preserve"> </w:t>
      </w:r>
      <w:r w:rsidR="009C52EE" w:rsidRPr="00A733FA">
        <w:rPr>
          <w:highlight w:val="yellow"/>
        </w:rPr>
        <w:t>Year</w:t>
      </w:r>
      <w:r w:rsidRPr="00A733FA">
        <w:rPr>
          <w:highlight w:val="yellow"/>
        </w:rPr>
        <w:t xml:space="preserve"> at </w:t>
      </w:r>
      <w:r w:rsidR="004551BF" w:rsidRPr="00A733FA">
        <w:rPr>
          <w:highlight w:val="yellow"/>
        </w:rPr>
        <w:t>Time</w:t>
      </w:r>
      <w:r w:rsidR="004F4A48">
        <w:t>; t</w:t>
      </w:r>
      <w:r>
        <w:t xml:space="preserve">he ceremony will take place at the </w:t>
      </w:r>
      <w:r w:rsidR="00A7544C" w:rsidRPr="00A7544C">
        <w:rPr>
          <w:highlight w:val="yellow"/>
        </w:rPr>
        <w:t>Cer</w:t>
      </w:r>
      <w:r w:rsidR="005F1C70">
        <w:rPr>
          <w:highlight w:val="yellow"/>
        </w:rPr>
        <w:t>e</w:t>
      </w:r>
      <w:r w:rsidR="00A7544C" w:rsidRPr="00A7544C">
        <w:rPr>
          <w:highlight w:val="yellow"/>
        </w:rPr>
        <w:t>mony location</w:t>
      </w:r>
      <w:r w:rsidR="00A7544C">
        <w:t>.</w:t>
      </w:r>
    </w:p>
    <w:p w14:paraId="2A7A16A8" w14:textId="77777777" w:rsidR="00184391" w:rsidRDefault="00184391" w:rsidP="00203C05">
      <w:pPr>
        <w:spacing w:after="0" w:line="240" w:lineRule="auto"/>
        <w:rPr>
          <w:bCs/>
        </w:rPr>
      </w:pPr>
    </w:p>
    <w:p w14:paraId="7E4AD16D" w14:textId="6AF0B7AD" w:rsidR="00833A48" w:rsidRPr="002949FB" w:rsidRDefault="00483A4C" w:rsidP="00203C05">
      <w:pPr>
        <w:spacing w:after="0" w:line="240" w:lineRule="auto"/>
        <w:rPr>
          <w:bCs/>
        </w:rPr>
      </w:pPr>
      <w:r w:rsidRPr="002949FB">
        <w:rPr>
          <w:bCs/>
        </w:rPr>
        <w:t>3.</w:t>
      </w:r>
      <w:r w:rsidR="00296B71">
        <w:rPr>
          <w:bCs/>
        </w:rPr>
        <w:tab/>
      </w:r>
      <w:r w:rsidRPr="002949FB">
        <w:rPr>
          <w:bCs/>
          <w:u w:val="single"/>
        </w:rPr>
        <w:t>Uniform</w:t>
      </w:r>
      <w:r w:rsidR="006D14E2">
        <w:rPr>
          <w:bCs/>
          <w:u w:val="single"/>
        </w:rPr>
        <w:t>/Attire</w:t>
      </w:r>
      <w:r w:rsidR="00296B71">
        <w:rPr>
          <w:bCs/>
          <w:u w:val="single"/>
        </w:rPr>
        <w:t>:</w:t>
      </w:r>
    </w:p>
    <w:p w14:paraId="02189AE8" w14:textId="77777777" w:rsidR="00184391" w:rsidRDefault="00184391" w:rsidP="00203C05">
      <w:pPr>
        <w:spacing w:after="0" w:line="240" w:lineRule="auto"/>
      </w:pPr>
    </w:p>
    <w:p w14:paraId="17514CC5" w14:textId="304BF49C" w:rsidR="00833A48" w:rsidRDefault="00203C05" w:rsidP="00203C05">
      <w:pPr>
        <w:spacing w:after="0" w:line="240" w:lineRule="auto"/>
      </w:pPr>
      <w:r>
        <w:tab/>
      </w:r>
      <w:r w:rsidR="00483A4C">
        <w:t>a.</w:t>
      </w:r>
      <w:r>
        <w:tab/>
      </w:r>
      <w:r w:rsidR="00483A4C">
        <w:t>Participants.</w:t>
      </w:r>
      <w:r>
        <w:tab/>
      </w:r>
      <w:r w:rsidR="00A7544C" w:rsidRPr="00A7544C">
        <w:rPr>
          <w:highlight w:val="yellow"/>
        </w:rPr>
        <w:t>Uniform</w:t>
      </w:r>
      <w:r w:rsidR="002949FB">
        <w:t xml:space="preserve"> (E-7 and above)/</w:t>
      </w:r>
      <w:r w:rsidR="00A7544C" w:rsidRPr="00A7544C">
        <w:rPr>
          <w:highlight w:val="yellow"/>
        </w:rPr>
        <w:t>Uniform</w:t>
      </w:r>
      <w:r w:rsidR="002949FB">
        <w:t xml:space="preserve"> (E-6 and below)</w:t>
      </w:r>
    </w:p>
    <w:p w14:paraId="390FCBF1" w14:textId="77777777" w:rsidR="00184391" w:rsidRDefault="00184391" w:rsidP="00203C05">
      <w:pPr>
        <w:spacing w:after="0" w:line="240" w:lineRule="auto"/>
      </w:pPr>
    </w:p>
    <w:p w14:paraId="24FAD2F2" w14:textId="63D38DB7" w:rsidR="00833A48" w:rsidRDefault="00203C05" w:rsidP="00203C05">
      <w:pPr>
        <w:spacing w:after="0" w:line="240" w:lineRule="auto"/>
      </w:pPr>
      <w:r>
        <w:tab/>
      </w:r>
      <w:r w:rsidR="00483A4C">
        <w:t>b.</w:t>
      </w:r>
      <w:r>
        <w:tab/>
      </w:r>
      <w:r w:rsidR="00483A4C">
        <w:t>Military Guests.</w:t>
      </w:r>
      <w:r>
        <w:tab/>
      </w:r>
      <w:r w:rsidR="00483A4C" w:rsidRPr="00C00EE1">
        <w:rPr>
          <w:highlight w:val="yellow"/>
        </w:rPr>
        <w:t>Uniform of the day</w:t>
      </w:r>
      <w:r w:rsidR="00C00EE1" w:rsidRPr="00C00EE1">
        <w:rPr>
          <w:highlight w:val="yellow"/>
        </w:rPr>
        <w:t>, e</w:t>
      </w:r>
      <w:r w:rsidR="005F1C70">
        <w:rPr>
          <w:highlight w:val="yellow"/>
        </w:rPr>
        <w:t>t</w:t>
      </w:r>
      <w:r w:rsidR="00C00EE1" w:rsidRPr="00C00EE1">
        <w:rPr>
          <w:highlight w:val="yellow"/>
        </w:rPr>
        <w:t>c</w:t>
      </w:r>
      <w:r w:rsidR="00483A4C" w:rsidRPr="00C00EE1">
        <w:rPr>
          <w:highlight w:val="yellow"/>
        </w:rPr>
        <w:t>.</w:t>
      </w:r>
      <w:r w:rsidR="00DA2F3C">
        <w:t xml:space="preserve"> </w:t>
      </w:r>
    </w:p>
    <w:p w14:paraId="28DDB222" w14:textId="77777777" w:rsidR="00184391" w:rsidRDefault="00184391" w:rsidP="00203C05">
      <w:pPr>
        <w:spacing w:after="0" w:line="240" w:lineRule="auto"/>
      </w:pPr>
    </w:p>
    <w:p w14:paraId="457B5C4A" w14:textId="6B788A97" w:rsidR="00833A48" w:rsidRDefault="00203C05" w:rsidP="00203C05">
      <w:pPr>
        <w:spacing w:after="0" w:line="240" w:lineRule="auto"/>
      </w:pPr>
      <w:r>
        <w:tab/>
      </w:r>
      <w:r w:rsidR="00483A4C">
        <w:t>c.</w:t>
      </w:r>
      <w:r>
        <w:tab/>
      </w:r>
      <w:r w:rsidR="00483A4C">
        <w:t>Civilian Guests.</w:t>
      </w:r>
      <w:r>
        <w:tab/>
      </w:r>
      <w:r w:rsidR="00483A4C">
        <w:t>Appropriate civilian attire.</w:t>
      </w:r>
    </w:p>
    <w:p w14:paraId="26EF444A" w14:textId="77777777" w:rsidR="00184391" w:rsidRDefault="00184391" w:rsidP="00203C05">
      <w:pPr>
        <w:spacing w:after="0" w:line="240" w:lineRule="auto"/>
        <w:rPr>
          <w:bCs/>
        </w:rPr>
      </w:pPr>
    </w:p>
    <w:p w14:paraId="28905C93" w14:textId="6260132A" w:rsidR="00833A48" w:rsidRDefault="00483A4C" w:rsidP="00203C05">
      <w:pPr>
        <w:spacing w:after="0" w:line="240" w:lineRule="auto"/>
      </w:pPr>
      <w:r w:rsidRPr="002949FB">
        <w:rPr>
          <w:bCs/>
        </w:rPr>
        <w:t>4.</w:t>
      </w:r>
      <w:r w:rsidR="00203C05">
        <w:rPr>
          <w:bCs/>
        </w:rPr>
        <w:tab/>
      </w:r>
      <w:r w:rsidRPr="002949FB">
        <w:rPr>
          <w:bCs/>
          <w:u w:val="single"/>
        </w:rPr>
        <w:t>Action</w:t>
      </w:r>
      <w:r w:rsidRPr="002949FB">
        <w:rPr>
          <w:bCs/>
        </w:rPr>
        <w:t>.</w:t>
      </w:r>
      <w:r w:rsidR="00203C05">
        <w:rPr>
          <w:bCs/>
        </w:rPr>
        <w:t xml:space="preserve">  </w:t>
      </w:r>
      <w:r w:rsidR="00A7544C" w:rsidRPr="00F462C9">
        <w:rPr>
          <w:highlight w:val="yellow"/>
        </w:rPr>
        <w:t>Coordinator name</w:t>
      </w:r>
      <w:r>
        <w:t xml:space="preserve"> </w:t>
      </w:r>
      <w:r w:rsidR="00F462C9">
        <w:t>is</w:t>
      </w:r>
      <w:r>
        <w:t xml:space="preserve"> designated as the overall coordinator for the commissioning ceremony and responsible for ensuring execution of assignments listed in enclosures (1) and (2).</w:t>
      </w:r>
    </w:p>
    <w:p w14:paraId="72D32727" w14:textId="77777777" w:rsidR="00184391" w:rsidRDefault="00184391" w:rsidP="00203C05">
      <w:pPr>
        <w:spacing w:after="0" w:line="240" w:lineRule="auto"/>
        <w:rPr>
          <w:bCs/>
        </w:rPr>
      </w:pPr>
    </w:p>
    <w:p w14:paraId="453C3723" w14:textId="26F21EE4" w:rsidR="00833A48" w:rsidRDefault="00483A4C" w:rsidP="00203C05">
      <w:pPr>
        <w:spacing w:after="0" w:line="240" w:lineRule="auto"/>
      </w:pPr>
      <w:r w:rsidRPr="002949FB">
        <w:rPr>
          <w:bCs/>
        </w:rPr>
        <w:t>5.</w:t>
      </w:r>
      <w:r w:rsidR="00203C05">
        <w:rPr>
          <w:bCs/>
        </w:rPr>
        <w:tab/>
      </w:r>
      <w:r w:rsidRPr="002949FB">
        <w:rPr>
          <w:bCs/>
          <w:u w:val="single"/>
        </w:rPr>
        <w:t>Records Management</w:t>
      </w:r>
      <w:r w:rsidRPr="002949FB">
        <w:rPr>
          <w:bCs/>
        </w:rPr>
        <w:t>.</w:t>
      </w:r>
      <w:r w:rsidR="00203C05">
        <w:rPr>
          <w:bCs/>
        </w:rPr>
        <w:tab/>
        <w:t xml:space="preserve">  </w:t>
      </w:r>
      <w:r w:rsidR="00FC0FFC" w:rsidRPr="00FC0FFC">
        <w:rPr>
          <w:highlight w:val="yellow"/>
        </w:rPr>
        <w:t>As required</w:t>
      </w:r>
      <w:r w:rsidRPr="00FC0FFC">
        <w:rPr>
          <w:highlight w:val="yellow"/>
        </w:rPr>
        <w:t>.</w:t>
      </w:r>
    </w:p>
    <w:p w14:paraId="0FB866D1" w14:textId="0A864DD8" w:rsidR="00C1245D" w:rsidRDefault="00C1245D" w:rsidP="00203C05">
      <w:pPr>
        <w:spacing w:after="0" w:line="240" w:lineRule="auto"/>
      </w:pPr>
    </w:p>
    <w:p w14:paraId="068E1E8E" w14:textId="77777777" w:rsidR="000E6D2B" w:rsidRDefault="000E6D2B" w:rsidP="00203C05">
      <w:pPr>
        <w:spacing w:after="0" w:line="240" w:lineRule="auto"/>
      </w:pPr>
    </w:p>
    <w:p w14:paraId="3781B5A6" w14:textId="77777777" w:rsidR="00886C05" w:rsidRDefault="00886C05" w:rsidP="00203C05">
      <w:pPr>
        <w:spacing w:after="0" w:line="240" w:lineRule="auto"/>
      </w:pPr>
    </w:p>
    <w:p w14:paraId="4C5389B9" w14:textId="0EE51D99" w:rsidR="002B0A1B" w:rsidRDefault="002B0A1B" w:rsidP="002B0A1B">
      <w:pPr>
        <w:tabs>
          <w:tab w:val="left" w:pos="4320"/>
        </w:tabs>
        <w:spacing w:after="0" w:line="240" w:lineRule="auto"/>
      </w:pPr>
      <w:r>
        <w:tab/>
        <w:t>Y. A. SAILOR</w:t>
      </w:r>
    </w:p>
    <w:p w14:paraId="4EC41CC1" w14:textId="77777777" w:rsidR="002B0A1B" w:rsidRDefault="002B0A1B" w:rsidP="00203C05">
      <w:pPr>
        <w:spacing w:after="0" w:line="240" w:lineRule="auto"/>
      </w:pPr>
    </w:p>
    <w:p w14:paraId="7B51F2CE" w14:textId="7D9940FC" w:rsidR="00886C05" w:rsidRDefault="00886C05" w:rsidP="00203C05">
      <w:pPr>
        <w:spacing w:after="0" w:line="240" w:lineRule="auto"/>
        <w:sectPr w:rsidR="00886C05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1DCC200" w14:textId="77777777" w:rsidR="00833A48" w:rsidRDefault="00483A4C" w:rsidP="00203C05">
      <w:pPr>
        <w:spacing w:after="0" w:line="240" w:lineRule="auto"/>
        <w:jc w:val="center"/>
        <w:rPr>
          <w:b/>
        </w:rPr>
      </w:pPr>
      <w:r>
        <w:rPr>
          <w:b/>
        </w:rPr>
        <w:lastRenderedPageBreak/>
        <w:t>ASSIGNMENT OF RESPONSIBILITIES</w:t>
      </w:r>
    </w:p>
    <w:p w14:paraId="23AB4DB8" w14:textId="77777777" w:rsidR="000A77B9" w:rsidRDefault="000A77B9" w:rsidP="00203C05">
      <w:pPr>
        <w:spacing w:after="0" w:line="240" w:lineRule="auto"/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6"/>
        <w:gridCol w:w="4674"/>
      </w:tblGrid>
      <w:tr w:rsidR="00833A48" w14:paraId="100BEFA1" w14:textId="77777777" w:rsidTr="002F0931">
        <w:tc>
          <w:tcPr>
            <w:tcW w:w="4676" w:type="dxa"/>
          </w:tcPr>
          <w:p w14:paraId="5D0B2289" w14:textId="77777777" w:rsidR="00833A48" w:rsidRDefault="00483A4C" w:rsidP="00203C05">
            <w:r>
              <w:t>Ceremony Coordinator</w:t>
            </w:r>
          </w:p>
        </w:tc>
        <w:tc>
          <w:tcPr>
            <w:tcW w:w="4674" w:type="dxa"/>
          </w:tcPr>
          <w:p w14:paraId="0F38C5E1" w14:textId="7D1A395D" w:rsidR="00833A48" w:rsidRPr="004C3060" w:rsidRDefault="0087619C" w:rsidP="00203C05">
            <w:pPr>
              <w:rPr>
                <w:highlight w:val="yellow"/>
              </w:rPr>
            </w:pPr>
            <w:r w:rsidRPr="004C3060">
              <w:rPr>
                <w:highlight w:val="yellow"/>
              </w:rPr>
              <w:t>Name</w:t>
            </w:r>
          </w:p>
        </w:tc>
      </w:tr>
      <w:tr w:rsidR="005F5A72" w14:paraId="3350BC26" w14:textId="77777777" w:rsidTr="002F0931">
        <w:tc>
          <w:tcPr>
            <w:tcW w:w="4676" w:type="dxa"/>
          </w:tcPr>
          <w:p w14:paraId="3D386E72" w14:textId="48994FBC" w:rsidR="005F5A72" w:rsidRDefault="00A955F9" w:rsidP="00203C05">
            <w:r>
              <w:t>Master of Ceremonies</w:t>
            </w:r>
          </w:p>
        </w:tc>
        <w:tc>
          <w:tcPr>
            <w:tcW w:w="4674" w:type="dxa"/>
          </w:tcPr>
          <w:p w14:paraId="38F1E7A7" w14:textId="108296A4" w:rsidR="005F5A72" w:rsidRPr="004C3060" w:rsidRDefault="005F5A72" w:rsidP="00203C05">
            <w:pPr>
              <w:rPr>
                <w:highlight w:val="yellow"/>
              </w:rPr>
            </w:pPr>
            <w:r>
              <w:rPr>
                <w:highlight w:val="yellow"/>
              </w:rPr>
              <w:t>Name</w:t>
            </w:r>
          </w:p>
        </w:tc>
      </w:tr>
      <w:tr w:rsidR="00833A48" w14:paraId="4EB47E9C" w14:textId="77777777" w:rsidTr="002F0931">
        <w:tc>
          <w:tcPr>
            <w:tcW w:w="4676" w:type="dxa"/>
          </w:tcPr>
          <w:p w14:paraId="34F4B161" w14:textId="32CB3647" w:rsidR="00833A48" w:rsidRDefault="00483A4C" w:rsidP="00203C05">
            <w:r>
              <w:t>Presiding Officer</w:t>
            </w:r>
            <w:r w:rsidR="00DB5A50">
              <w:t>/Commissioning Officer</w:t>
            </w:r>
          </w:p>
        </w:tc>
        <w:tc>
          <w:tcPr>
            <w:tcW w:w="4674" w:type="dxa"/>
          </w:tcPr>
          <w:p w14:paraId="2A45B16D" w14:textId="09D2DAEB" w:rsidR="00833A48" w:rsidRPr="004C3060" w:rsidRDefault="0087619C" w:rsidP="00203C05">
            <w:pPr>
              <w:rPr>
                <w:highlight w:val="yellow"/>
              </w:rPr>
            </w:pPr>
            <w:r w:rsidRPr="004C3060">
              <w:rPr>
                <w:highlight w:val="yellow"/>
              </w:rPr>
              <w:t>Name</w:t>
            </w:r>
          </w:p>
        </w:tc>
      </w:tr>
      <w:tr w:rsidR="00833A48" w14:paraId="5817F3A9" w14:textId="77777777" w:rsidTr="002F0931">
        <w:tc>
          <w:tcPr>
            <w:tcW w:w="4676" w:type="dxa"/>
          </w:tcPr>
          <w:p w14:paraId="05F75BD7" w14:textId="15EDF02E" w:rsidR="00833A48" w:rsidRDefault="00A955F9" w:rsidP="00203C05">
            <w:r>
              <w:t>Guest Speaker</w:t>
            </w:r>
          </w:p>
        </w:tc>
        <w:tc>
          <w:tcPr>
            <w:tcW w:w="4674" w:type="dxa"/>
          </w:tcPr>
          <w:p w14:paraId="7D8AFCFA" w14:textId="4FC2A2D4" w:rsidR="00833A48" w:rsidRPr="004C3060" w:rsidRDefault="00617291" w:rsidP="00203C05">
            <w:pPr>
              <w:rPr>
                <w:highlight w:val="yellow"/>
              </w:rPr>
            </w:pPr>
            <w:r w:rsidRPr="004C3060">
              <w:rPr>
                <w:highlight w:val="yellow"/>
              </w:rPr>
              <w:t>Name</w:t>
            </w:r>
          </w:p>
        </w:tc>
      </w:tr>
      <w:tr w:rsidR="00833A48" w14:paraId="72D7C126" w14:textId="77777777" w:rsidTr="002F0931">
        <w:tc>
          <w:tcPr>
            <w:tcW w:w="4676" w:type="dxa"/>
          </w:tcPr>
          <w:p w14:paraId="29EB895D" w14:textId="77777777" w:rsidR="00833A48" w:rsidRDefault="00483A4C" w:rsidP="00203C05">
            <w:r>
              <w:t>National Anthem</w:t>
            </w:r>
          </w:p>
        </w:tc>
        <w:tc>
          <w:tcPr>
            <w:tcW w:w="4674" w:type="dxa"/>
          </w:tcPr>
          <w:p w14:paraId="4C018F00" w14:textId="2DD27935" w:rsidR="00833A48" w:rsidRPr="004C3060" w:rsidRDefault="00617291" w:rsidP="00203C05">
            <w:pPr>
              <w:rPr>
                <w:highlight w:val="yellow"/>
              </w:rPr>
            </w:pPr>
            <w:r w:rsidRPr="004C3060">
              <w:rPr>
                <w:highlight w:val="yellow"/>
              </w:rPr>
              <w:t>Name</w:t>
            </w:r>
          </w:p>
        </w:tc>
      </w:tr>
      <w:tr w:rsidR="00833A48" w14:paraId="1320542C" w14:textId="77777777" w:rsidTr="002F0931">
        <w:tc>
          <w:tcPr>
            <w:tcW w:w="4676" w:type="dxa"/>
          </w:tcPr>
          <w:p w14:paraId="5A19B9F3" w14:textId="77777777" w:rsidR="00833A48" w:rsidRDefault="00483A4C" w:rsidP="00203C05">
            <w:r>
              <w:t>Color Guard</w:t>
            </w:r>
          </w:p>
        </w:tc>
        <w:tc>
          <w:tcPr>
            <w:tcW w:w="4674" w:type="dxa"/>
          </w:tcPr>
          <w:p w14:paraId="27FF95BE" w14:textId="7607EDE9" w:rsidR="00833A48" w:rsidRPr="004C3060" w:rsidRDefault="00D505C1" w:rsidP="00203C05">
            <w:pPr>
              <w:rPr>
                <w:highlight w:val="yellow"/>
              </w:rPr>
            </w:pPr>
            <w:r w:rsidRPr="004C3060">
              <w:rPr>
                <w:highlight w:val="yellow"/>
              </w:rPr>
              <w:t>Names</w:t>
            </w:r>
          </w:p>
        </w:tc>
      </w:tr>
      <w:tr w:rsidR="00833A48" w14:paraId="7862A125" w14:textId="77777777" w:rsidTr="002F0931">
        <w:tc>
          <w:tcPr>
            <w:tcW w:w="4676" w:type="dxa"/>
          </w:tcPr>
          <w:p w14:paraId="5A49CDA9" w14:textId="486B3D82" w:rsidR="00833A48" w:rsidRDefault="00483A4C" w:rsidP="00203C05">
            <w:r>
              <w:t>Sideboys</w:t>
            </w:r>
          </w:p>
        </w:tc>
        <w:tc>
          <w:tcPr>
            <w:tcW w:w="4674" w:type="dxa"/>
          </w:tcPr>
          <w:p w14:paraId="5C63B6A4" w14:textId="6A438F97" w:rsidR="00833A48" w:rsidRPr="004C3060" w:rsidRDefault="00463381" w:rsidP="00203C05">
            <w:pPr>
              <w:rPr>
                <w:highlight w:val="yellow"/>
              </w:rPr>
            </w:pPr>
            <w:r w:rsidRPr="004C3060">
              <w:rPr>
                <w:highlight w:val="yellow"/>
              </w:rPr>
              <w:t>Names</w:t>
            </w:r>
          </w:p>
        </w:tc>
      </w:tr>
      <w:tr w:rsidR="00833A48" w14:paraId="56A96791" w14:textId="77777777" w:rsidTr="002F0931">
        <w:tc>
          <w:tcPr>
            <w:tcW w:w="4676" w:type="dxa"/>
          </w:tcPr>
          <w:p w14:paraId="7ACCF409" w14:textId="77777777" w:rsidR="00833A48" w:rsidRDefault="00483A4C" w:rsidP="00203C05">
            <w:r>
              <w:t>Honors Bos’n</w:t>
            </w:r>
          </w:p>
        </w:tc>
        <w:tc>
          <w:tcPr>
            <w:tcW w:w="4674" w:type="dxa"/>
          </w:tcPr>
          <w:p w14:paraId="23BAF72E" w14:textId="105A9F60" w:rsidR="00833A48" w:rsidRPr="004C3060" w:rsidRDefault="00617291" w:rsidP="00203C05">
            <w:pPr>
              <w:rPr>
                <w:highlight w:val="yellow"/>
              </w:rPr>
            </w:pPr>
            <w:r w:rsidRPr="004C3060">
              <w:rPr>
                <w:highlight w:val="yellow"/>
              </w:rPr>
              <w:t>Name</w:t>
            </w:r>
          </w:p>
        </w:tc>
      </w:tr>
      <w:tr w:rsidR="00833A48" w14:paraId="221E92B1" w14:textId="77777777" w:rsidTr="002F0931">
        <w:tc>
          <w:tcPr>
            <w:tcW w:w="4676" w:type="dxa"/>
          </w:tcPr>
          <w:p w14:paraId="3BF706EF" w14:textId="77777777" w:rsidR="00833A48" w:rsidRDefault="00483A4C" w:rsidP="00203C05">
            <w:r>
              <w:t>Bell Ringer</w:t>
            </w:r>
          </w:p>
        </w:tc>
        <w:tc>
          <w:tcPr>
            <w:tcW w:w="4674" w:type="dxa"/>
          </w:tcPr>
          <w:p w14:paraId="0ED1CFD3" w14:textId="6F2DC910" w:rsidR="00833A48" w:rsidRPr="004C3060" w:rsidRDefault="00617291" w:rsidP="00203C05">
            <w:pPr>
              <w:rPr>
                <w:highlight w:val="yellow"/>
              </w:rPr>
            </w:pPr>
            <w:r w:rsidRPr="004C3060">
              <w:rPr>
                <w:highlight w:val="yellow"/>
              </w:rPr>
              <w:t>Name</w:t>
            </w:r>
          </w:p>
        </w:tc>
      </w:tr>
      <w:tr w:rsidR="00833A48" w14:paraId="73EF51F1" w14:textId="77777777" w:rsidTr="002F0931">
        <w:tc>
          <w:tcPr>
            <w:tcW w:w="4676" w:type="dxa"/>
          </w:tcPr>
          <w:p w14:paraId="09EE5D41" w14:textId="77777777" w:rsidR="00833A48" w:rsidRDefault="00483A4C" w:rsidP="00203C05">
            <w:r>
              <w:t>Invocation/Benediction</w:t>
            </w:r>
          </w:p>
        </w:tc>
        <w:tc>
          <w:tcPr>
            <w:tcW w:w="4674" w:type="dxa"/>
          </w:tcPr>
          <w:p w14:paraId="187C4EFF" w14:textId="26D4ECED" w:rsidR="00833A48" w:rsidRPr="004C3060" w:rsidRDefault="00617291" w:rsidP="00203C05">
            <w:pPr>
              <w:rPr>
                <w:highlight w:val="yellow"/>
              </w:rPr>
            </w:pPr>
            <w:r w:rsidRPr="004C3060">
              <w:rPr>
                <w:highlight w:val="yellow"/>
              </w:rPr>
              <w:t>Name</w:t>
            </w:r>
          </w:p>
        </w:tc>
      </w:tr>
      <w:tr w:rsidR="00833A48" w14:paraId="48C9B46D" w14:textId="77777777" w:rsidTr="002F0931">
        <w:tc>
          <w:tcPr>
            <w:tcW w:w="4676" w:type="dxa"/>
          </w:tcPr>
          <w:p w14:paraId="3F278B6E" w14:textId="70080711" w:rsidR="002A6FD8" w:rsidRDefault="00483A4C" w:rsidP="00203C05">
            <w:r>
              <w:t xml:space="preserve">Removal of </w:t>
            </w:r>
            <w:r w:rsidR="002A6FD8">
              <w:t xml:space="preserve">Enlisted </w:t>
            </w:r>
            <w:r w:rsidR="005F1C70">
              <w:t>Cover</w:t>
            </w:r>
          </w:p>
        </w:tc>
        <w:tc>
          <w:tcPr>
            <w:tcW w:w="4674" w:type="dxa"/>
          </w:tcPr>
          <w:p w14:paraId="6B1CBE9E" w14:textId="6476890C" w:rsidR="00833A48" w:rsidRPr="004C3060" w:rsidRDefault="00617291" w:rsidP="00203C05">
            <w:pPr>
              <w:rPr>
                <w:highlight w:val="yellow"/>
              </w:rPr>
            </w:pPr>
            <w:r w:rsidRPr="004C3060">
              <w:rPr>
                <w:highlight w:val="yellow"/>
              </w:rPr>
              <w:t>Name</w:t>
            </w:r>
          </w:p>
        </w:tc>
      </w:tr>
      <w:tr w:rsidR="002A6FD8" w14:paraId="4A71E690" w14:textId="77777777" w:rsidTr="002F0931">
        <w:tc>
          <w:tcPr>
            <w:tcW w:w="4676" w:type="dxa"/>
          </w:tcPr>
          <w:p w14:paraId="50ED36B2" w14:textId="0244B637" w:rsidR="002A6FD8" w:rsidRDefault="002A6FD8" w:rsidP="00203C05">
            <w:r>
              <w:t xml:space="preserve">Removal of Enlisted </w:t>
            </w:r>
            <w:r w:rsidR="005F1C70">
              <w:t>Insignia</w:t>
            </w:r>
          </w:p>
        </w:tc>
        <w:tc>
          <w:tcPr>
            <w:tcW w:w="4674" w:type="dxa"/>
          </w:tcPr>
          <w:p w14:paraId="37581D89" w14:textId="047EC09F" w:rsidR="002A6FD8" w:rsidRPr="004C3060" w:rsidRDefault="002A6FD8" w:rsidP="00203C05">
            <w:pPr>
              <w:rPr>
                <w:highlight w:val="yellow"/>
              </w:rPr>
            </w:pPr>
            <w:r>
              <w:rPr>
                <w:highlight w:val="yellow"/>
              </w:rPr>
              <w:t>Name</w:t>
            </w:r>
          </w:p>
        </w:tc>
      </w:tr>
      <w:tr w:rsidR="00833A48" w14:paraId="7A58F3FB" w14:textId="77777777" w:rsidTr="002F0931">
        <w:tc>
          <w:tcPr>
            <w:tcW w:w="4676" w:type="dxa"/>
          </w:tcPr>
          <w:p w14:paraId="2D6C267C" w14:textId="77777777" w:rsidR="00833A48" w:rsidRDefault="00483A4C" w:rsidP="00203C05">
            <w:r>
              <w:t>Donning of Officer Cover</w:t>
            </w:r>
          </w:p>
        </w:tc>
        <w:tc>
          <w:tcPr>
            <w:tcW w:w="4674" w:type="dxa"/>
          </w:tcPr>
          <w:p w14:paraId="290D328C" w14:textId="6130B12B" w:rsidR="00833A48" w:rsidRPr="004C3060" w:rsidRDefault="00617291" w:rsidP="00203C05">
            <w:pPr>
              <w:rPr>
                <w:highlight w:val="yellow"/>
              </w:rPr>
            </w:pPr>
            <w:r w:rsidRPr="004C3060">
              <w:rPr>
                <w:highlight w:val="yellow"/>
              </w:rPr>
              <w:t>Name</w:t>
            </w:r>
          </w:p>
        </w:tc>
      </w:tr>
      <w:tr w:rsidR="00833A48" w14:paraId="3AD11FF9" w14:textId="77777777" w:rsidTr="002F0931">
        <w:tc>
          <w:tcPr>
            <w:tcW w:w="4676" w:type="dxa"/>
          </w:tcPr>
          <w:p w14:paraId="4194DD31" w14:textId="77777777" w:rsidR="00833A48" w:rsidRDefault="00483A4C" w:rsidP="00203C05">
            <w:r>
              <w:t>Donning of Officer Insignia</w:t>
            </w:r>
          </w:p>
        </w:tc>
        <w:tc>
          <w:tcPr>
            <w:tcW w:w="4674" w:type="dxa"/>
          </w:tcPr>
          <w:p w14:paraId="06F68821" w14:textId="0480C7DA" w:rsidR="00833A48" w:rsidRPr="004C3060" w:rsidRDefault="00617291" w:rsidP="00203C05">
            <w:pPr>
              <w:rPr>
                <w:highlight w:val="yellow"/>
              </w:rPr>
            </w:pPr>
            <w:r w:rsidRPr="004C3060">
              <w:rPr>
                <w:highlight w:val="yellow"/>
              </w:rPr>
              <w:t>Name</w:t>
            </w:r>
          </w:p>
        </w:tc>
      </w:tr>
      <w:tr w:rsidR="00833A48" w14:paraId="2A7DD902" w14:textId="77777777" w:rsidTr="002F0931">
        <w:tc>
          <w:tcPr>
            <w:tcW w:w="4676" w:type="dxa"/>
          </w:tcPr>
          <w:p w14:paraId="03C45FF6" w14:textId="77777777" w:rsidR="00833A48" w:rsidRDefault="00483A4C" w:rsidP="00203C05">
            <w:r>
              <w:t>First Salute</w:t>
            </w:r>
          </w:p>
        </w:tc>
        <w:tc>
          <w:tcPr>
            <w:tcW w:w="4674" w:type="dxa"/>
          </w:tcPr>
          <w:p w14:paraId="1FA2254E" w14:textId="45902282" w:rsidR="00833A48" w:rsidRPr="004C3060" w:rsidRDefault="00617291" w:rsidP="00203C05">
            <w:pPr>
              <w:rPr>
                <w:highlight w:val="yellow"/>
              </w:rPr>
            </w:pPr>
            <w:r w:rsidRPr="004C3060">
              <w:rPr>
                <w:highlight w:val="yellow"/>
              </w:rPr>
              <w:t>Name</w:t>
            </w:r>
          </w:p>
        </w:tc>
      </w:tr>
      <w:tr w:rsidR="00833A48" w14:paraId="59066F04" w14:textId="77777777" w:rsidTr="006122F1">
        <w:trPr>
          <w:trHeight w:val="143"/>
        </w:trPr>
        <w:tc>
          <w:tcPr>
            <w:tcW w:w="4676" w:type="dxa"/>
          </w:tcPr>
          <w:p w14:paraId="38FAF9FE" w14:textId="44F48E64" w:rsidR="00833A48" w:rsidRDefault="00483A4C" w:rsidP="00203C05">
            <w:r>
              <w:t>Mustang Creed</w:t>
            </w:r>
          </w:p>
        </w:tc>
        <w:tc>
          <w:tcPr>
            <w:tcW w:w="4674" w:type="dxa"/>
          </w:tcPr>
          <w:p w14:paraId="0F555E11" w14:textId="04D97756" w:rsidR="00833A48" w:rsidRPr="004C3060" w:rsidRDefault="00617291" w:rsidP="00203C05">
            <w:pPr>
              <w:rPr>
                <w:highlight w:val="yellow"/>
              </w:rPr>
            </w:pPr>
            <w:r w:rsidRPr="004C3060">
              <w:rPr>
                <w:highlight w:val="yellow"/>
              </w:rPr>
              <w:t>Name</w:t>
            </w:r>
          </w:p>
        </w:tc>
      </w:tr>
      <w:tr w:rsidR="00833A48" w14:paraId="4B9FD935" w14:textId="77777777" w:rsidTr="002F0931">
        <w:tc>
          <w:tcPr>
            <w:tcW w:w="4676" w:type="dxa"/>
          </w:tcPr>
          <w:p w14:paraId="66DDD92C" w14:textId="77777777" w:rsidR="00833A48" w:rsidRDefault="00483A4C" w:rsidP="00203C05">
            <w:r>
              <w:t>Certificate of Appointment</w:t>
            </w:r>
          </w:p>
        </w:tc>
        <w:tc>
          <w:tcPr>
            <w:tcW w:w="4674" w:type="dxa"/>
          </w:tcPr>
          <w:p w14:paraId="67E15C53" w14:textId="3EF33B3C" w:rsidR="00833A48" w:rsidRPr="004C3060" w:rsidRDefault="00617291" w:rsidP="00203C05">
            <w:pPr>
              <w:rPr>
                <w:highlight w:val="yellow"/>
              </w:rPr>
            </w:pPr>
            <w:r w:rsidRPr="004C3060">
              <w:rPr>
                <w:highlight w:val="yellow"/>
              </w:rPr>
              <w:t>Name</w:t>
            </w:r>
          </w:p>
        </w:tc>
      </w:tr>
      <w:tr w:rsidR="00833A48" w14:paraId="3F58F6A5" w14:textId="77777777" w:rsidTr="002F0931">
        <w:tc>
          <w:tcPr>
            <w:tcW w:w="4676" w:type="dxa"/>
          </w:tcPr>
          <w:p w14:paraId="59FC7C7E" w14:textId="0ECB61C9" w:rsidR="00833A48" w:rsidRDefault="00483A4C" w:rsidP="00203C05">
            <w:r>
              <w:t xml:space="preserve">Passing of </w:t>
            </w:r>
            <w:r w:rsidR="002F0931">
              <w:t>Insi</w:t>
            </w:r>
            <w:r w:rsidR="00B84EAB">
              <w:t>gnia</w:t>
            </w:r>
            <w:r w:rsidR="00DB5A50">
              <w:t>s</w:t>
            </w:r>
          </w:p>
        </w:tc>
        <w:tc>
          <w:tcPr>
            <w:tcW w:w="4674" w:type="dxa"/>
          </w:tcPr>
          <w:p w14:paraId="4640CF2E" w14:textId="7AD21D2A" w:rsidR="00833A48" w:rsidRPr="004C3060" w:rsidRDefault="00617291" w:rsidP="00203C05">
            <w:pPr>
              <w:rPr>
                <w:highlight w:val="yellow"/>
              </w:rPr>
            </w:pPr>
            <w:r w:rsidRPr="004C3060">
              <w:rPr>
                <w:highlight w:val="yellow"/>
              </w:rPr>
              <w:t>Name</w:t>
            </w:r>
          </w:p>
        </w:tc>
      </w:tr>
      <w:tr w:rsidR="00833A48" w14:paraId="231C6925" w14:textId="77777777" w:rsidTr="002F0931">
        <w:tc>
          <w:tcPr>
            <w:tcW w:w="4676" w:type="dxa"/>
          </w:tcPr>
          <w:p w14:paraId="52FAF719" w14:textId="77777777" w:rsidR="00833A48" w:rsidRDefault="00483A4C" w:rsidP="00203C05">
            <w:r>
              <w:t>Ushers</w:t>
            </w:r>
          </w:p>
        </w:tc>
        <w:tc>
          <w:tcPr>
            <w:tcW w:w="4674" w:type="dxa"/>
          </w:tcPr>
          <w:p w14:paraId="00E66E26" w14:textId="4F4B847B" w:rsidR="00833A48" w:rsidRPr="004C3060" w:rsidRDefault="00617291" w:rsidP="00203C05">
            <w:pPr>
              <w:rPr>
                <w:highlight w:val="yellow"/>
              </w:rPr>
            </w:pPr>
            <w:r w:rsidRPr="004C3060">
              <w:rPr>
                <w:highlight w:val="yellow"/>
              </w:rPr>
              <w:t>Names</w:t>
            </w:r>
          </w:p>
        </w:tc>
      </w:tr>
      <w:tr w:rsidR="00833A48" w14:paraId="2D4275AB" w14:textId="77777777" w:rsidTr="002F0931">
        <w:tc>
          <w:tcPr>
            <w:tcW w:w="4676" w:type="dxa"/>
          </w:tcPr>
          <w:p w14:paraId="13FA72E8" w14:textId="77777777" w:rsidR="00833A48" w:rsidRDefault="00483A4C" w:rsidP="00203C05">
            <w:r>
              <w:t>Photographer</w:t>
            </w:r>
          </w:p>
        </w:tc>
        <w:tc>
          <w:tcPr>
            <w:tcW w:w="4674" w:type="dxa"/>
          </w:tcPr>
          <w:p w14:paraId="0A16F1AF" w14:textId="1036CD31" w:rsidR="00833A48" w:rsidRPr="004C3060" w:rsidRDefault="00617291" w:rsidP="00203C05">
            <w:pPr>
              <w:rPr>
                <w:highlight w:val="yellow"/>
              </w:rPr>
            </w:pPr>
            <w:r w:rsidRPr="004C3060">
              <w:rPr>
                <w:highlight w:val="yellow"/>
              </w:rPr>
              <w:t>Name</w:t>
            </w:r>
          </w:p>
        </w:tc>
      </w:tr>
    </w:tbl>
    <w:p w14:paraId="69A8EDF5" w14:textId="77777777" w:rsidR="00833A48" w:rsidRDefault="00833A48" w:rsidP="00203C05">
      <w:pPr>
        <w:spacing w:after="0" w:line="240" w:lineRule="auto"/>
        <w:sectPr w:rsidR="00833A48" w:rsidSect="002B0A1B">
          <w:headerReference w:type="default" r:id="rId12"/>
          <w:footerReference w:type="default" r:id="rId13"/>
          <w:pgSz w:w="12240" w:h="15840"/>
          <w:pgMar w:top="1440" w:right="1440" w:bottom="1440" w:left="1440" w:header="720" w:footer="360" w:gutter="0"/>
          <w:cols w:space="720"/>
          <w:docGrid w:linePitch="360"/>
        </w:sectPr>
      </w:pPr>
    </w:p>
    <w:p w14:paraId="15507529" w14:textId="77777777" w:rsidR="00AE2DF3" w:rsidRDefault="00483A4C" w:rsidP="00203C05">
      <w:pPr>
        <w:spacing w:after="0" w:line="240" w:lineRule="auto"/>
        <w:jc w:val="center"/>
        <w:rPr>
          <w:b/>
        </w:rPr>
      </w:pPr>
      <w:r>
        <w:rPr>
          <w:b/>
        </w:rPr>
        <w:lastRenderedPageBreak/>
        <w:t xml:space="preserve">SCHEDULE OF EVENTS </w:t>
      </w:r>
    </w:p>
    <w:p w14:paraId="10BDC77B" w14:textId="0303FD6A" w:rsidR="00833A48" w:rsidRPr="00AE2DF3" w:rsidRDefault="007E0E55" w:rsidP="00203C05">
      <w:pPr>
        <w:spacing w:after="0" w:line="240" w:lineRule="auto"/>
        <w:rPr>
          <w:bCs/>
          <w:u w:val="single"/>
        </w:rPr>
      </w:pPr>
      <w:r w:rsidRPr="007E0E55">
        <w:rPr>
          <w:bCs/>
          <w:highlight w:val="yellow"/>
          <w:u w:val="single"/>
        </w:rPr>
        <w:t>Day</w:t>
      </w:r>
      <w:r w:rsidR="004C3060">
        <w:rPr>
          <w:bCs/>
          <w:highlight w:val="yellow"/>
          <w:u w:val="single"/>
        </w:rPr>
        <w:t>,</w:t>
      </w:r>
      <w:r w:rsidRPr="007E0E55">
        <w:rPr>
          <w:bCs/>
          <w:highlight w:val="yellow"/>
          <w:u w:val="single"/>
        </w:rPr>
        <w:t xml:space="preserve"> D</w:t>
      </w:r>
      <w:r>
        <w:rPr>
          <w:bCs/>
          <w:highlight w:val="yellow"/>
          <w:u w:val="single"/>
        </w:rPr>
        <w:t>ate</w:t>
      </w:r>
      <w:r w:rsidRPr="007E0E55">
        <w:rPr>
          <w:bCs/>
          <w:highlight w:val="yellow"/>
          <w:u w:val="single"/>
        </w:rPr>
        <w:t xml:space="preserve"> Month Year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4"/>
        <w:gridCol w:w="4676"/>
      </w:tblGrid>
      <w:tr w:rsidR="00833A48" w14:paraId="032369F6" w14:textId="77777777" w:rsidTr="00AE2DF3">
        <w:tc>
          <w:tcPr>
            <w:tcW w:w="4674" w:type="dxa"/>
          </w:tcPr>
          <w:p w14:paraId="5B9A7207" w14:textId="419D10FB" w:rsidR="00833A48" w:rsidRPr="00966CB4" w:rsidRDefault="00FC0FFC" w:rsidP="00203C05">
            <w:pPr>
              <w:rPr>
                <w:highlight w:val="yellow"/>
              </w:rPr>
            </w:pPr>
            <w:r w:rsidRPr="00966CB4">
              <w:rPr>
                <w:highlight w:val="yellow"/>
              </w:rPr>
              <w:t>Time</w:t>
            </w:r>
          </w:p>
        </w:tc>
        <w:tc>
          <w:tcPr>
            <w:tcW w:w="4676" w:type="dxa"/>
          </w:tcPr>
          <w:p w14:paraId="4F156729" w14:textId="3B8DCBAB" w:rsidR="00833A48" w:rsidRDefault="00AE2DF3" w:rsidP="00203C05">
            <w:r>
              <w:t>Ceremony setup</w:t>
            </w:r>
          </w:p>
        </w:tc>
      </w:tr>
      <w:tr w:rsidR="00833A48" w14:paraId="105233E1" w14:textId="77777777" w:rsidTr="00AE2DF3">
        <w:tc>
          <w:tcPr>
            <w:tcW w:w="4674" w:type="dxa"/>
          </w:tcPr>
          <w:p w14:paraId="00A4C296" w14:textId="46DBDA47" w:rsidR="00833A48" w:rsidRPr="00966CB4" w:rsidRDefault="00FC0FFC" w:rsidP="00203C05">
            <w:pPr>
              <w:rPr>
                <w:highlight w:val="yellow"/>
              </w:rPr>
            </w:pPr>
            <w:r w:rsidRPr="00966CB4">
              <w:rPr>
                <w:highlight w:val="yellow"/>
              </w:rPr>
              <w:t>Time</w:t>
            </w:r>
          </w:p>
        </w:tc>
        <w:tc>
          <w:tcPr>
            <w:tcW w:w="4676" w:type="dxa"/>
          </w:tcPr>
          <w:p w14:paraId="4BC99B28" w14:textId="45539E0C" w:rsidR="00833A48" w:rsidRDefault="00AE2DF3" w:rsidP="00203C05">
            <w:r>
              <w:t>Ceremony participants muster</w:t>
            </w:r>
          </w:p>
        </w:tc>
      </w:tr>
      <w:tr w:rsidR="00833A48" w14:paraId="7FA8482D" w14:textId="77777777" w:rsidTr="00AE2DF3">
        <w:tc>
          <w:tcPr>
            <w:tcW w:w="4674" w:type="dxa"/>
          </w:tcPr>
          <w:p w14:paraId="3C9D0A1E" w14:textId="3F75DAE7" w:rsidR="00833A48" w:rsidRPr="00966CB4" w:rsidRDefault="00FC0FFC" w:rsidP="00203C05">
            <w:pPr>
              <w:rPr>
                <w:highlight w:val="yellow"/>
              </w:rPr>
            </w:pPr>
            <w:r w:rsidRPr="00966CB4">
              <w:rPr>
                <w:highlight w:val="yellow"/>
              </w:rPr>
              <w:t>Time</w:t>
            </w:r>
          </w:p>
        </w:tc>
        <w:tc>
          <w:tcPr>
            <w:tcW w:w="4676" w:type="dxa"/>
          </w:tcPr>
          <w:p w14:paraId="6F99F065" w14:textId="77A48F94" w:rsidR="00833A48" w:rsidRDefault="0072367D" w:rsidP="00203C05">
            <w:r>
              <w:t>Participants on-station</w:t>
            </w:r>
          </w:p>
        </w:tc>
      </w:tr>
      <w:tr w:rsidR="00833A48" w14:paraId="0C5AD507" w14:textId="77777777" w:rsidTr="00AE2DF3">
        <w:tc>
          <w:tcPr>
            <w:tcW w:w="4674" w:type="dxa"/>
          </w:tcPr>
          <w:p w14:paraId="75E5DF5B" w14:textId="64FF3AD4" w:rsidR="00833A48" w:rsidRPr="00966CB4" w:rsidRDefault="00FC0FFC" w:rsidP="00203C05">
            <w:pPr>
              <w:rPr>
                <w:highlight w:val="yellow"/>
              </w:rPr>
            </w:pPr>
            <w:r w:rsidRPr="00966CB4">
              <w:rPr>
                <w:highlight w:val="yellow"/>
              </w:rPr>
              <w:t>Time</w:t>
            </w:r>
          </w:p>
        </w:tc>
        <w:tc>
          <w:tcPr>
            <w:tcW w:w="4676" w:type="dxa"/>
          </w:tcPr>
          <w:p w14:paraId="0EB68D63" w14:textId="6236B661" w:rsidR="00833A48" w:rsidRDefault="0072367D" w:rsidP="00203C05">
            <w:r>
              <w:t>Rehearsal</w:t>
            </w:r>
          </w:p>
        </w:tc>
      </w:tr>
      <w:tr w:rsidR="00833A48" w14:paraId="3CEC0218" w14:textId="77777777" w:rsidTr="00AE2DF3">
        <w:tc>
          <w:tcPr>
            <w:tcW w:w="4674" w:type="dxa"/>
          </w:tcPr>
          <w:p w14:paraId="13AB1AA7" w14:textId="00C740F4" w:rsidR="00833A48" w:rsidRDefault="00833A48" w:rsidP="00203C05"/>
        </w:tc>
        <w:tc>
          <w:tcPr>
            <w:tcW w:w="4676" w:type="dxa"/>
          </w:tcPr>
          <w:p w14:paraId="262A397C" w14:textId="6FEDB943" w:rsidR="00833A48" w:rsidRDefault="00833A48" w:rsidP="00203C05"/>
        </w:tc>
      </w:tr>
    </w:tbl>
    <w:p w14:paraId="29441558" w14:textId="77777777" w:rsidR="00833A48" w:rsidRDefault="00833A48" w:rsidP="00203C05">
      <w:pPr>
        <w:spacing w:after="0" w:line="240" w:lineRule="auto"/>
      </w:pPr>
    </w:p>
    <w:p w14:paraId="3F47CF78" w14:textId="4330BFA1" w:rsidR="0072367D" w:rsidRPr="0072367D" w:rsidRDefault="004C3060" w:rsidP="00203C05">
      <w:pPr>
        <w:spacing w:after="0" w:line="240" w:lineRule="auto"/>
        <w:rPr>
          <w:bCs/>
          <w:u w:val="single"/>
        </w:rPr>
      </w:pPr>
      <w:r w:rsidRPr="004C3060">
        <w:rPr>
          <w:bCs/>
          <w:highlight w:val="yellow"/>
          <w:u w:val="single"/>
        </w:rPr>
        <w:t>Day, Date Month Year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4"/>
        <w:gridCol w:w="4676"/>
      </w:tblGrid>
      <w:tr w:rsidR="0072367D" w14:paraId="133175D3" w14:textId="77777777" w:rsidTr="00195F21">
        <w:tc>
          <w:tcPr>
            <w:tcW w:w="4674" w:type="dxa"/>
          </w:tcPr>
          <w:p w14:paraId="0875658A" w14:textId="7D4D5389" w:rsidR="0072367D" w:rsidRPr="000C692A" w:rsidRDefault="00966CB4" w:rsidP="00203C05">
            <w:pPr>
              <w:rPr>
                <w:highlight w:val="yellow"/>
              </w:rPr>
            </w:pPr>
            <w:r w:rsidRPr="000C692A">
              <w:rPr>
                <w:highlight w:val="yellow"/>
              </w:rPr>
              <w:t>T</w:t>
            </w:r>
            <w:r w:rsidR="000C692A" w:rsidRPr="000C692A">
              <w:rPr>
                <w:highlight w:val="yellow"/>
              </w:rPr>
              <w:t>ime</w:t>
            </w:r>
          </w:p>
        </w:tc>
        <w:tc>
          <w:tcPr>
            <w:tcW w:w="4676" w:type="dxa"/>
          </w:tcPr>
          <w:p w14:paraId="1AC503DA" w14:textId="7AECAC6F" w:rsidR="0072367D" w:rsidRDefault="0072367D" w:rsidP="00203C05">
            <w:r>
              <w:t>Ceremony</w:t>
            </w:r>
            <w:r w:rsidR="00EE4C1D">
              <w:t xml:space="preserve"> participants muster</w:t>
            </w:r>
          </w:p>
        </w:tc>
      </w:tr>
      <w:tr w:rsidR="0072367D" w14:paraId="6D6F8870" w14:textId="77777777" w:rsidTr="00195F21">
        <w:tc>
          <w:tcPr>
            <w:tcW w:w="4674" w:type="dxa"/>
          </w:tcPr>
          <w:p w14:paraId="6B81D8E5" w14:textId="20E92D2E" w:rsidR="0072367D" w:rsidRPr="000C692A" w:rsidRDefault="000C692A" w:rsidP="00203C05">
            <w:pPr>
              <w:rPr>
                <w:highlight w:val="yellow"/>
              </w:rPr>
            </w:pPr>
            <w:r w:rsidRPr="000C692A">
              <w:rPr>
                <w:highlight w:val="yellow"/>
              </w:rPr>
              <w:t>Time</w:t>
            </w:r>
          </w:p>
        </w:tc>
        <w:tc>
          <w:tcPr>
            <w:tcW w:w="4676" w:type="dxa"/>
          </w:tcPr>
          <w:p w14:paraId="6F6AC0B3" w14:textId="64375264" w:rsidR="0072367D" w:rsidRDefault="001C4664" w:rsidP="00203C05">
            <w:r>
              <w:t>Ceremony participants on-station</w:t>
            </w:r>
          </w:p>
        </w:tc>
      </w:tr>
      <w:tr w:rsidR="0072367D" w14:paraId="555E6064" w14:textId="77777777" w:rsidTr="00195F21">
        <w:tc>
          <w:tcPr>
            <w:tcW w:w="4674" w:type="dxa"/>
          </w:tcPr>
          <w:p w14:paraId="6AD222CD" w14:textId="5270FC10" w:rsidR="0072367D" w:rsidRPr="000C692A" w:rsidRDefault="000C692A" w:rsidP="00203C05">
            <w:pPr>
              <w:rPr>
                <w:highlight w:val="yellow"/>
              </w:rPr>
            </w:pPr>
            <w:r w:rsidRPr="000C692A">
              <w:rPr>
                <w:highlight w:val="yellow"/>
              </w:rPr>
              <w:t>Time</w:t>
            </w:r>
          </w:p>
        </w:tc>
        <w:tc>
          <w:tcPr>
            <w:tcW w:w="4676" w:type="dxa"/>
          </w:tcPr>
          <w:p w14:paraId="1A8E04E4" w14:textId="3DDFD836" w:rsidR="0072367D" w:rsidRDefault="001C4664" w:rsidP="00203C05">
            <w:r>
              <w:t>MC 5-minute notification</w:t>
            </w:r>
            <w:r w:rsidR="00C3735F">
              <w:t xml:space="preserve"> for attendees to take their seats</w:t>
            </w:r>
          </w:p>
        </w:tc>
      </w:tr>
      <w:tr w:rsidR="0072367D" w14:paraId="1BA6AD3F" w14:textId="77777777" w:rsidTr="00195F21">
        <w:tc>
          <w:tcPr>
            <w:tcW w:w="4674" w:type="dxa"/>
          </w:tcPr>
          <w:p w14:paraId="20A4B3B2" w14:textId="1178896C" w:rsidR="0072367D" w:rsidRPr="000C692A" w:rsidRDefault="000C692A" w:rsidP="00203C05">
            <w:pPr>
              <w:rPr>
                <w:highlight w:val="yellow"/>
              </w:rPr>
            </w:pPr>
            <w:r w:rsidRPr="000C692A">
              <w:rPr>
                <w:highlight w:val="yellow"/>
              </w:rPr>
              <w:t>Time</w:t>
            </w:r>
          </w:p>
        </w:tc>
        <w:tc>
          <w:tcPr>
            <w:tcW w:w="4676" w:type="dxa"/>
          </w:tcPr>
          <w:p w14:paraId="698E858F" w14:textId="276EE412" w:rsidR="0072367D" w:rsidRDefault="00C3735F" w:rsidP="00203C05">
            <w:r>
              <w:t>Last call for attendees to take their seats</w:t>
            </w:r>
          </w:p>
        </w:tc>
      </w:tr>
      <w:tr w:rsidR="0072367D" w14:paraId="72AB8EE6" w14:textId="77777777" w:rsidTr="00195F21">
        <w:tc>
          <w:tcPr>
            <w:tcW w:w="4674" w:type="dxa"/>
          </w:tcPr>
          <w:p w14:paraId="64510BBF" w14:textId="071C8FFB" w:rsidR="0072367D" w:rsidRPr="00966CB4" w:rsidRDefault="00966CB4" w:rsidP="00203C05">
            <w:pPr>
              <w:rPr>
                <w:highlight w:val="yellow"/>
              </w:rPr>
            </w:pPr>
            <w:r w:rsidRPr="00966CB4">
              <w:rPr>
                <w:highlight w:val="yellow"/>
              </w:rPr>
              <w:t>Time</w:t>
            </w:r>
          </w:p>
        </w:tc>
        <w:tc>
          <w:tcPr>
            <w:tcW w:w="4676" w:type="dxa"/>
          </w:tcPr>
          <w:p w14:paraId="143C91A1" w14:textId="40DF0B11" w:rsidR="0072367D" w:rsidRDefault="00C3735F" w:rsidP="00203C05">
            <w:r>
              <w:t>Commence ceremony</w:t>
            </w:r>
          </w:p>
        </w:tc>
      </w:tr>
      <w:tr w:rsidR="0072367D" w14:paraId="554EFE23" w14:textId="77777777" w:rsidTr="00195F21">
        <w:tc>
          <w:tcPr>
            <w:tcW w:w="4674" w:type="dxa"/>
          </w:tcPr>
          <w:p w14:paraId="3A95FD59" w14:textId="78EF3A4D" w:rsidR="0072367D" w:rsidRPr="00966CB4" w:rsidRDefault="00966CB4" w:rsidP="00203C05">
            <w:pPr>
              <w:rPr>
                <w:highlight w:val="yellow"/>
              </w:rPr>
            </w:pPr>
            <w:r w:rsidRPr="00966CB4">
              <w:rPr>
                <w:highlight w:val="yellow"/>
              </w:rPr>
              <w:t>Time</w:t>
            </w:r>
          </w:p>
        </w:tc>
        <w:tc>
          <w:tcPr>
            <w:tcW w:w="4676" w:type="dxa"/>
          </w:tcPr>
          <w:p w14:paraId="27251979" w14:textId="063F17E3" w:rsidR="0072367D" w:rsidRDefault="00C3735F" w:rsidP="00203C05">
            <w:r>
              <w:t>Conclude ceremony/breakdown</w:t>
            </w:r>
          </w:p>
        </w:tc>
      </w:tr>
      <w:tr w:rsidR="0072367D" w14:paraId="78C1ED18" w14:textId="77777777" w:rsidTr="009E054E">
        <w:trPr>
          <w:trHeight w:val="197"/>
        </w:trPr>
        <w:tc>
          <w:tcPr>
            <w:tcW w:w="4674" w:type="dxa"/>
          </w:tcPr>
          <w:p w14:paraId="527873FC" w14:textId="77777777" w:rsidR="0072367D" w:rsidRDefault="0072367D" w:rsidP="00203C05"/>
        </w:tc>
        <w:tc>
          <w:tcPr>
            <w:tcW w:w="4676" w:type="dxa"/>
          </w:tcPr>
          <w:p w14:paraId="72065A45" w14:textId="77777777" w:rsidR="0072367D" w:rsidRDefault="0072367D" w:rsidP="00203C05"/>
        </w:tc>
      </w:tr>
    </w:tbl>
    <w:p w14:paraId="2034686E" w14:textId="77777777" w:rsidR="0072367D" w:rsidRDefault="0072367D" w:rsidP="00203C05">
      <w:pPr>
        <w:spacing w:after="0" w:line="240" w:lineRule="auto"/>
      </w:pPr>
    </w:p>
    <w:p w14:paraId="5CAD8934" w14:textId="77777777" w:rsidR="0072367D" w:rsidRDefault="0072367D" w:rsidP="00203C05">
      <w:pPr>
        <w:spacing w:after="0" w:line="240" w:lineRule="auto"/>
      </w:pPr>
    </w:p>
    <w:p w14:paraId="044B1B58" w14:textId="77777777" w:rsidR="0072367D" w:rsidRDefault="0072367D" w:rsidP="00203C05">
      <w:pPr>
        <w:spacing w:after="0" w:line="240" w:lineRule="auto"/>
      </w:pPr>
    </w:p>
    <w:p w14:paraId="434983A3" w14:textId="77777777" w:rsidR="009F17A8" w:rsidRPr="009F17A8" w:rsidRDefault="009F17A8" w:rsidP="00203C05"/>
    <w:p w14:paraId="56845CEA" w14:textId="77777777" w:rsidR="009F17A8" w:rsidRPr="009F17A8" w:rsidRDefault="009F17A8" w:rsidP="00203C05"/>
    <w:p w14:paraId="62A80ED0" w14:textId="77777777" w:rsidR="009F17A8" w:rsidRPr="009F17A8" w:rsidRDefault="009F17A8" w:rsidP="00203C05"/>
    <w:p w14:paraId="7EA23EC2" w14:textId="77777777" w:rsidR="009F17A8" w:rsidRPr="009F17A8" w:rsidRDefault="009F17A8" w:rsidP="00203C05"/>
    <w:p w14:paraId="2CEE37DC" w14:textId="77777777" w:rsidR="009F17A8" w:rsidRPr="009F17A8" w:rsidRDefault="009F17A8" w:rsidP="00203C05"/>
    <w:p w14:paraId="73AD66B6" w14:textId="77777777" w:rsidR="009F17A8" w:rsidRPr="009F17A8" w:rsidRDefault="009F17A8" w:rsidP="00203C05"/>
    <w:p w14:paraId="630D90EB" w14:textId="77777777" w:rsidR="009F17A8" w:rsidRPr="009F17A8" w:rsidRDefault="009F17A8" w:rsidP="00203C05"/>
    <w:p w14:paraId="59D8A5D4" w14:textId="77777777" w:rsidR="009F17A8" w:rsidRPr="009F17A8" w:rsidRDefault="009F17A8" w:rsidP="00203C05"/>
    <w:p w14:paraId="31E6F48D" w14:textId="77777777" w:rsidR="009F17A8" w:rsidRPr="009F17A8" w:rsidRDefault="009F17A8" w:rsidP="00203C05"/>
    <w:p w14:paraId="3BCA3584" w14:textId="77777777" w:rsidR="009F17A8" w:rsidRPr="009F17A8" w:rsidRDefault="009F17A8" w:rsidP="00203C05"/>
    <w:p w14:paraId="10975C8A" w14:textId="77777777" w:rsidR="009F17A8" w:rsidRPr="009F17A8" w:rsidRDefault="009F17A8" w:rsidP="00203C05"/>
    <w:p w14:paraId="5362575F" w14:textId="77777777" w:rsidR="009F17A8" w:rsidRPr="009F17A8" w:rsidRDefault="009F17A8" w:rsidP="00203C05"/>
    <w:p w14:paraId="7486FCC9" w14:textId="77777777" w:rsidR="009F17A8" w:rsidRDefault="009F17A8" w:rsidP="00203C05"/>
    <w:p w14:paraId="0B5E7014" w14:textId="77777777" w:rsidR="009F17A8" w:rsidRDefault="009F17A8" w:rsidP="00203C05"/>
    <w:p w14:paraId="648DABF3" w14:textId="40FE57F4" w:rsidR="008D273F" w:rsidRPr="008D273F" w:rsidRDefault="008D273F" w:rsidP="00203C05">
      <w:pPr>
        <w:sectPr w:rsidR="008D273F" w:rsidRPr="008D273F" w:rsidSect="002B0A1B">
          <w:headerReference w:type="default" r:id="rId14"/>
          <w:footerReference w:type="default" r:id="rId15"/>
          <w:pgSz w:w="12240" w:h="15840"/>
          <w:pgMar w:top="1440" w:right="1440" w:bottom="1440" w:left="1440" w:header="720" w:footer="360" w:gutter="0"/>
          <w:cols w:space="720"/>
          <w:docGrid w:linePitch="360"/>
        </w:sectPr>
      </w:pPr>
    </w:p>
    <w:p w14:paraId="2A0A7F71" w14:textId="77777777" w:rsidR="00833A48" w:rsidRDefault="00483A4C" w:rsidP="00203C05">
      <w:pPr>
        <w:spacing w:after="0" w:line="240" w:lineRule="auto"/>
        <w:jc w:val="center"/>
        <w:rPr>
          <w:b/>
        </w:rPr>
      </w:pPr>
      <w:r>
        <w:rPr>
          <w:b/>
        </w:rPr>
        <w:lastRenderedPageBreak/>
        <w:t>CEREMONY SCRIPT</w:t>
      </w:r>
    </w:p>
    <w:p w14:paraId="1D0DDFE9" w14:textId="77777777" w:rsidR="001B34DE" w:rsidRDefault="001B34DE" w:rsidP="00203C05">
      <w:pPr>
        <w:spacing w:after="0" w:line="240" w:lineRule="auto"/>
      </w:pPr>
    </w:p>
    <w:p w14:paraId="6FC7D6AF" w14:textId="42D599B8" w:rsidR="00833A48" w:rsidRDefault="00483A4C" w:rsidP="00203C05">
      <w:pPr>
        <w:spacing w:after="0" w:line="480" w:lineRule="auto"/>
      </w:pPr>
      <w:r>
        <w:t>1330</w:t>
      </w:r>
      <w:r>
        <w:tab/>
      </w:r>
      <w:r w:rsidR="00952F44">
        <w:t xml:space="preserve">CEREMONY </w:t>
      </w:r>
      <w:r>
        <w:t>PARTICIPANTS IN PLACE</w:t>
      </w:r>
    </w:p>
    <w:p w14:paraId="6083E019" w14:textId="77777777" w:rsidR="00833A48" w:rsidRDefault="00483A4C" w:rsidP="00203C05">
      <w:pPr>
        <w:spacing w:after="0" w:line="480" w:lineRule="auto"/>
      </w:pPr>
      <w:r>
        <w:t>1345</w:t>
      </w:r>
      <w:r>
        <w:tab/>
        <w:t>GUEST ARRIVAL AND SEATING</w:t>
      </w:r>
    </w:p>
    <w:p w14:paraId="10CD5F8B" w14:textId="77777777" w:rsidR="0049123E" w:rsidRDefault="00483A4C" w:rsidP="00203C05">
      <w:pPr>
        <w:spacing w:after="0" w:line="480" w:lineRule="auto"/>
      </w:pPr>
      <w:r>
        <w:t>1355</w:t>
      </w:r>
      <w:r>
        <w:tab/>
        <w:t>MASTER OF CEREMONIES APPROACHES THE PODIUM</w:t>
      </w:r>
    </w:p>
    <w:p w14:paraId="4B47F4E9" w14:textId="677FE9F6" w:rsidR="003C2C0A" w:rsidRDefault="00483A4C" w:rsidP="00203C05">
      <w:pPr>
        <w:spacing w:after="0" w:line="480" w:lineRule="auto"/>
      </w:pPr>
      <w:r>
        <w:t>MC:</w:t>
      </w:r>
      <w:r>
        <w:tab/>
        <w:t xml:space="preserve">“LADIES AND GENTLEMEN, THE CEREMONY WILL </w:t>
      </w:r>
      <w:r w:rsidR="00555612">
        <w:t>BEGIN</w:t>
      </w:r>
      <w:r>
        <w:t xml:space="preserve"> IN</w:t>
      </w:r>
    </w:p>
    <w:p w14:paraId="77B46DB8" w14:textId="77777777" w:rsidR="003C2C0A" w:rsidRDefault="00483A4C" w:rsidP="00203C05">
      <w:pPr>
        <w:spacing w:after="0" w:line="480" w:lineRule="auto"/>
        <w:ind w:left="720"/>
      </w:pPr>
      <w:r>
        <w:t>APPROXIMATELY FIVE MINUTES, PLEASE TAKE YOUR SEATS AND SILENCE</w:t>
      </w:r>
    </w:p>
    <w:p w14:paraId="0FC7DB30" w14:textId="74F50B03" w:rsidR="0049123E" w:rsidRDefault="00483A4C" w:rsidP="00203C05">
      <w:pPr>
        <w:spacing w:after="0" w:line="480" w:lineRule="auto"/>
        <w:ind w:left="720"/>
      </w:pPr>
      <w:r>
        <w:t>ALL CELL PHONES AND ELECTRONIC DEVICES.”</w:t>
      </w:r>
    </w:p>
    <w:p w14:paraId="3B6CF44E" w14:textId="206FE880" w:rsidR="00833A48" w:rsidRPr="0049123E" w:rsidRDefault="00483A4C" w:rsidP="00203C05">
      <w:pPr>
        <w:spacing w:after="0" w:line="480" w:lineRule="auto"/>
        <w:rPr>
          <w:u w:val="single"/>
        </w:rPr>
      </w:pPr>
      <w:r w:rsidRPr="0049123E">
        <w:rPr>
          <w:u w:val="single"/>
        </w:rPr>
        <w:t>CEREMONY COMMENCES</w:t>
      </w:r>
    </w:p>
    <w:p w14:paraId="5DE520C3" w14:textId="77777777" w:rsidR="00833A48" w:rsidRDefault="00483A4C" w:rsidP="00203C05">
      <w:pPr>
        <w:spacing w:after="0" w:line="480" w:lineRule="auto"/>
      </w:pPr>
      <w:r>
        <w:t>MC:</w:t>
      </w:r>
      <w:r>
        <w:tab/>
        <w:t>“BOS’N, POST THE SIDEBOYS.”</w:t>
      </w:r>
    </w:p>
    <w:p w14:paraId="3A26BD2B" w14:textId="24B35328" w:rsidR="00833A48" w:rsidRDefault="00483A4C" w:rsidP="00203C05">
      <w:pPr>
        <w:spacing w:after="0" w:line="480" w:lineRule="auto"/>
      </w:pPr>
      <w:r>
        <w:t>BM:</w:t>
      </w:r>
      <w:r>
        <w:tab/>
        <w:t xml:space="preserve">“AYE-AYE </w:t>
      </w:r>
      <w:r w:rsidRPr="00BF40A2">
        <w:rPr>
          <w:highlight w:val="yellow"/>
        </w:rPr>
        <w:t>SIR</w:t>
      </w:r>
      <w:r w:rsidR="00E14342" w:rsidRPr="00BF40A2">
        <w:rPr>
          <w:highlight w:val="yellow"/>
        </w:rPr>
        <w:t>/M</w:t>
      </w:r>
      <w:r w:rsidR="00BF40A2" w:rsidRPr="00BF40A2">
        <w:rPr>
          <w:highlight w:val="yellow"/>
        </w:rPr>
        <w:t>A’AM</w:t>
      </w:r>
      <w:r w:rsidRPr="00BF40A2">
        <w:t>!</w:t>
      </w:r>
      <w:r w:rsidR="005C7597">
        <w:t xml:space="preserve">  SIDEBOYS, LEFT OR RIGHT FACE.  POST</w:t>
      </w:r>
      <w:r w:rsidR="009049DB">
        <w:t>!</w:t>
      </w:r>
      <w:r w:rsidRPr="00BF40A2">
        <w:t>”</w:t>
      </w:r>
    </w:p>
    <w:p w14:paraId="7B33FCC6" w14:textId="528C7382" w:rsidR="00833A48" w:rsidRPr="0086433A" w:rsidRDefault="003C2C0A" w:rsidP="00203C05">
      <w:pPr>
        <w:spacing w:after="0" w:line="480" w:lineRule="auto"/>
        <w:rPr>
          <w:i/>
          <w:iCs/>
        </w:rPr>
      </w:pPr>
      <w:r>
        <w:rPr>
          <w:i/>
          <w:iCs/>
        </w:rPr>
        <w:t xml:space="preserve">  </w:t>
      </w:r>
      <w:r w:rsidR="00483A4C" w:rsidRPr="0086433A">
        <w:rPr>
          <w:i/>
          <w:iCs/>
        </w:rPr>
        <w:t>(BO</w:t>
      </w:r>
      <w:r w:rsidR="00A3640E">
        <w:rPr>
          <w:i/>
          <w:iCs/>
        </w:rPr>
        <w:t>S’N</w:t>
      </w:r>
      <w:r w:rsidR="00483A4C" w:rsidRPr="0086433A">
        <w:rPr>
          <w:i/>
          <w:iCs/>
        </w:rPr>
        <w:t xml:space="preserve"> DIRECTS SIDEBOYS INTO POSITION)</w:t>
      </w:r>
    </w:p>
    <w:p w14:paraId="317E2CD0" w14:textId="77777777" w:rsidR="00EA40F2" w:rsidRDefault="00483A4C" w:rsidP="00203C05">
      <w:pPr>
        <w:spacing w:after="0" w:line="480" w:lineRule="auto"/>
      </w:pPr>
      <w:r>
        <w:t>MC:</w:t>
      </w:r>
      <w:r>
        <w:tab/>
        <w:t>“GOOD MORNING</w:t>
      </w:r>
      <w:r w:rsidR="004430E1">
        <w:t xml:space="preserve"> </w:t>
      </w:r>
      <w:r w:rsidR="004430E1" w:rsidRPr="00C03BA1">
        <w:rPr>
          <w:highlight w:val="yellow"/>
        </w:rPr>
        <w:t>(</w:t>
      </w:r>
      <w:r w:rsidR="00C15C01" w:rsidRPr="00C03BA1">
        <w:rPr>
          <w:highlight w:val="yellow"/>
        </w:rPr>
        <w:t>ADD GREETINGS, AS APPLICABLE)</w:t>
      </w:r>
      <w:r>
        <w:t xml:space="preserve">, </w:t>
      </w:r>
      <w:r w:rsidR="000B3070">
        <w:t xml:space="preserve">MY NAME IS </w:t>
      </w:r>
      <w:r w:rsidR="00601932" w:rsidRPr="00601932">
        <w:rPr>
          <w:highlight w:val="yellow"/>
        </w:rPr>
        <w:t>NAME</w:t>
      </w:r>
      <w:r w:rsidR="000A2992">
        <w:t>,</w:t>
      </w:r>
    </w:p>
    <w:p w14:paraId="2C40DD44" w14:textId="4B044ED1" w:rsidR="0049123E" w:rsidRDefault="00483A4C" w:rsidP="00203C05">
      <w:pPr>
        <w:spacing w:after="0" w:line="480" w:lineRule="auto"/>
        <w:ind w:left="720"/>
      </w:pPr>
      <w:r>
        <w:t>AND I AM HONORED TO BE YOUR MASTER OF CEREMONIES FOR TODAY’S EVENT. WILL THE GUESTS PLEASE RISE FOR THE ARRIVAL OF THE OFFICIAL PARTY AND REMAIN STANDING FOR THE</w:t>
      </w:r>
      <w:r w:rsidR="00601932">
        <w:t xml:space="preserve"> </w:t>
      </w:r>
      <w:r>
        <w:t xml:space="preserve">NATIONAL ANTHEM, </w:t>
      </w:r>
      <w:r w:rsidR="00E724CA">
        <w:t xml:space="preserve">PARADING OF COLORS, </w:t>
      </w:r>
      <w:r>
        <w:t>AND THE INVOCATION.”</w:t>
      </w:r>
    </w:p>
    <w:p w14:paraId="6FAC8575" w14:textId="1959E2E1" w:rsidR="00833A48" w:rsidRPr="0049123E" w:rsidRDefault="00483A4C" w:rsidP="00203C05">
      <w:pPr>
        <w:spacing w:after="0" w:line="480" w:lineRule="auto"/>
        <w:rPr>
          <w:u w:val="single"/>
        </w:rPr>
      </w:pPr>
      <w:r w:rsidRPr="0049123E">
        <w:rPr>
          <w:u w:val="single"/>
        </w:rPr>
        <w:t>ARRIVAL OF OFFICIAL PARTY</w:t>
      </w:r>
      <w:r w:rsidR="00480DFC">
        <w:rPr>
          <w:u w:val="single"/>
        </w:rPr>
        <w:t xml:space="preserve"> </w:t>
      </w:r>
      <w:r w:rsidR="00480DFC" w:rsidRPr="00480DFC">
        <w:rPr>
          <w:highlight w:val="yellow"/>
          <w:u w:val="single"/>
        </w:rPr>
        <w:t>(AS REQUIRED)</w:t>
      </w:r>
    </w:p>
    <w:p w14:paraId="62CB6489" w14:textId="77777777" w:rsidR="005574CE" w:rsidRDefault="00483A4C" w:rsidP="00203C05">
      <w:pPr>
        <w:spacing w:after="0" w:line="480" w:lineRule="auto"/>
        <w:rPr>
          <w:highlight w:val="yellow"/>
        </w:rPr>
      </w:pPr>
      <w:r>
        <w:t>MC:</w:t>
      </w:r>
      <w:r>
        <w:tab/>
        <w:t>“TIME ORDERLY: STRIKE, 2 BELLS (**) “</w:t>
      </w:r>
      <w:r w:rsidR="00D03055" w:rsidRPr="00D03055">
        <w:rPr>
          <w:highlight w:val="yellow"/>
        </w:rPr>
        <w:t>PETTY OFFICER/</w:t>
      </w:r>
      <w:r w:rsidRPr="00D03055">
        <w:rPr>
          <w:highlight w:val="yellow"/>
        </w:rPr>
        <w:t>CHIEF PETTY</w:t>
      </w:r>
    </w:p>
    <w:p w14:paraId="4888D848" w14:textId="2FDCC2A6" w:rsidR="00833A48" w:rsidRDefault="00483A4C" w:rsidP="00203C05">
      <w:pPr>
        <w:spacing w:after="0" w:line="480" w:lineRule="auto"/>
        <w:ind w:firstLine="720"/>
      </w:pPr>
      <w:r w:rsidRPr="00D03055">
        <w:rPr>
          <w:highlight w:val="yellow"/>
        </w:rPr>
        <w:t>OFFICER</w:t>
      </w:r>
      <w:r>
        <w:t>, UNITED STATES NAVY, ARRIVING!”</w:t>
      </w:r>
    </w:p>
    <w:p w14:paraId="5B734955" w14:textId="77777777" w:rsidR="005574CE" w:rsidRDefault="00483A4C" w:rsidP="00203C05">
      <w:pPr>
        <w:spacing w:after="0" w:line="480" w:lineRule="auto"/>
      </w:pPr>
      <w:r>
        <w:t>MC:</w:t>
      </w:r>
      <w:r>
        <w:tab/>
        <w:t>“TIME ORDERLY: STRIKE, 2 BELLS (**) “</w:t>
      </w:r>
      <w:r w:rsidRPr="00D03055">
        <w:rPr>
          <w:highlight w:val="yellow"/>
        </w:rPr>
        <w:t>CAPTAIN</w:t>
      </w:r>
      <w:r w:rsidR="00D03055" w:rsidRPr="00D03055">
        <w:rPr>
          <w:highlight w:val="yellow"/>
        </w:rPr>
        <w:t>/C</w:t>
      </w:r>
      <w:r w:rsidR="00DC6F07">
        <w:rPr>
          <w:highlight w:val="yellow"/>
        </w:rPr>
        <w:t>OMMANDE</w:t>
      </w:r>
      <w:r w:rsidR="00D03055" w:rsidRPr="00D03055">
        <w:rPr>
          <w:highlight w:val="yellow"/>
        </w:rPr>
        <w:t>R</w:t>
      </w:r>
      <w:r>
        <w:t>, UNITED</w:t>
      </w:r>
    </w:p>
    <w:p w14:paraId="44DE28E2" w14:textId="70D12AED" w:rsidR="00833A48" w:rsidRDefault="00483A4C" w:rsidP="00203C05">
      <w:pPr>
        <w:spacing w:after="0" w:line="480" w:lineRule="auto"/>
        <w:ind w:firstLine="720"/>
      </w:pPr>
      <w:r>
        <w:t>STATES NAVY, ARRIVING!”</w:t>
      </w:r>
    </w:p>
    <w:p w14:paraId="0398203A" w14:textId="77777777" w:rsidR="005574CE" w:rsidRDefault="00483A4C" w:rsidP="00203C05">
      <w:pPr>
        <w:spacing w:after="0" w:line="480" w:lineRule="auto"/>
        <w:rPr>
          <w:highlight w:val="yellow"/>
        </w:rPr>
      </w:pPr>
      <w:r>
        <w:t>MC:</w:t>
      </w:r>
      <w:r>
        <w:tab/>
        <w:t>“TIME ORDERLY: STRIKE, 4 BELLS (** **) “</w:t>
      </w:r>
      <w:r w:rsidR="000310FD" w:rsidRPr="000310FD">
        <w:rPr>
          <w:highlight w:val="yellow"/>
        </w:rPr>
        <w:t>DIRECTOR/ COMMANDING</w:t>
      </w:r>
    </w:p>
    <w:p w14:paraId="71A5A5E7" w14:textId="7E18FF39" w:rsidR="0049123E" w:rsidRDefault="000310FD" w:rsidP="00203C05">
      <w:pPr>
        <w:spacing w:after="0" w:line="480" w:lineRule="auto"/>
        <w:ind w:firstLine="720"/>
      </w:pPr>
      <w:r w:rsidRPr="000310FD">
        <w:rPr>
          <w:highlight w:val="yellow"/>
        </w:rPr>
        <w:t>OFFICER</w:t>
      </w:r>
      <w:r w:rsidR="00483A4C">
        <w:t xml:space="preserve">, </w:t>
      </w:r>
      <w:r w:rsidR="00B60F72" w:rsidRPr="00B60F72">
        <w:rPr>
          <w:highlight w:val="yellow"/>
        </w:rPr>
        <w:t>COMMAND TITLE</w:t>
      </w:r>
      <w:r w:rsidR="00B60F72">
        <w:t>,</w:t>
      </w:r>
      <w:r w:rsidR="00483A4C">
        <w:t xml:space="preserve"> ARRIVING!”</w:t>
      </w:r>
    </w:p>
    <w:p w14:paraId="72D5E274" w14:textId="389EAA4A" w:rsidR="00833A48" w:rsidRPr="007E1C17" w:rsidRDefault="00483A4C" w:rsidP="00203C05">
      <w:pPr>
        <w:spacing w:after="0" w:line="480" w:lineRule="auto"/>
        <w:rPr>
          <w:u w:val="single"/>
        </w:rPr>
      </w:pPr>
      <w:r w:rsidRPr="0049123E">
        <w:rPr>
          <w:u w:val="single"/>
        </w:rPr>
        <w:lastRenderedPageBreak/>
        <w:t>NATIONAL ANTHEM</w:t>
      </w:r>
    </w:p>
    <w:p w14:paraId="125D765A" w14:textId="3CBAD2DB" w:rsidR="00833A48" w:rsidRDefault="00483A4C" w:rsidP="00203C05">
      <w:pPr>
        <w:spacing w:after="0" w:line="480" w:lineRule="auto"/>
      </w:pPr>
      <w:r>
        <w:t>MC:</w:t>
      </w:r>
      <w:r>
        <w:tab/>
        <w:t>“THE NATIONAL</w:t>
      </w:r>
      <w:r w:rsidR="0086433A">
        <w:t xml:space="preserve"> A</w:t>
      </w:r>
      <w:r w:rsidR="007E1C17">
        <w:t>N</w:t>
      </w:r>
      <w:r w:rsidR="0086433A">
        <w:t>THEM</w:t>
      </w:r>
      <w:r>
        <w:t xml:space="preserve"> WILL BE PERFORMED BY </w:t>
      </w:r>
      <w:r w:rsidR="007E1C17" w:rsidRPr="007E1C17">
        <w:rPr>
          <w:highlight w:val="yellow"/>
        </w:rPr>
        <w:t>NAME</w:t>
      </w:r>
      <w:r w:rsidR="007E1C17">
        <w:t>.</w:t>
      </w:r>
      <w:r>
        <w:t>”</w:t>
      </w:r>
    </w:p>
    <w:p w14:paraId="12E82D94" w14:textId="77777777" w:rsidR="0086433A" w:rsidRDefault="00483A4C" w:rsidP="00203C05">
      <w:pPr>
        <w:spacing w:after="0" w:line="480" w:lineRule="auto"/>
      </w:pPr>
      <w:r>
        <w:t>MC:</w:t>
      </w:r>
      <w:r>
        <w:tab/>
        <w:t xml:space="preserve">“COLOR GUARD, PARADE THE COLORS.” </w:t>
      </w:r>
    </w:p>
    <w:p w14:paraId="26921810" w14:textId="5AC11CA2" w:rsidR="00833A48" w:rsidRPr="0086433A" w:rsidRDefault="005574CE" w:rsidP="00203C05">
      <w:pPr>
        <w:spacing w:after="0" w:line="480" w:lineRule="auto"/>
        <w:rPr>
          <w:i/>
          <w:iCs/>
        </w:rPr>
      </w:pPr>
      <w:r>
        <w:t xml:space="preserve">  </w:t>
      </w:r>
      <w:r w:rsidR="00483A4C" w:rsidRPr="0086433A">
        <w:rPr>
          <w:i/>
          <w:iCs/>
        </w:rPr>
        <w:t>(WAIT UNTIL AFTER COLOR GUARD PRESENTS ARMS)</w:t>
      </w:r>
    </w:p>
    <w:p w14:paraId="4DB1EE96" w14:textId="32C007B0" w:rsidR="00833A48" w:rsidRPr="0086433A" w:rsidRDefault="005574CE" w:rsidP="00203C05">
      <w:pPr>
        <w:spacing w:after="0" w:line="480" w:lineRule="auto"/>
        <w:rPr>
          <w:i/>
          <w:iCs/>
        </w:rPr>
      </w:pPr>
      <w:r>
        <w:t xml:space="preserve">  </w:t>
      </w:r>
      <w:r w:rsidR="00483A4C" w:rsidRPr="0086433A">
        <w:rPr>
          <w:i/>
          <w:iCs/>
        </w:rPr>
        <w:t xml:space="preserve">(ANTHEM IS </w:t>
      </w:r>
      <w:r w:rsidR="009E054E">
        <w:rPr>
          <w:i/>
          <w:iCs/>
        </w:rPr>
        <w:t>PERFORMED</w:t>
      </w:r>
      <w:r w:rsidR="00B54D73">
        <w:rPr>
          <w:i/>
          <w:iCs/>
        </w:rPr>
        <w:t>/PERFORMER CONCLUDES AND IS SEATED</w:t>
      </w:r>
      <w:r w:rsidR="00483A4C" w:rsidRPr="0086433A">
        <w:rPr>
          <w:i/>
          <w:iCs/>
        </w:rPr>
        <w:t>)</w:t>
      </w:r>
    </w:p>
    <w:p w14:paraId="44B5C010" w14:textId="77777777" w:rsidR="0086433A" w:rsidRDefault="00483A4C" w:rsidP="00203C05">
      <w:pPr>
        <w:spacing w:after="0" w:line="480" w:lineRule="auto"/>
      </w:pPr>
      <w:r>
        <w:t>MC:</w:t>
      </w:r>
      <w:r>
        <w:tab/>
        <w:t xml:space="preserve">“COLOR GUARD, RETIRE THE COLORS.” </w:t>
      </w:r>
    </w:p>
    <w:p w14:paraId="4179E06A" w14:textId="3ACF7F5B" w:rsidR="0049123E" w:rsidRPr="0086433A" w:rsidRDefault="00073087" w:rsidP="00203C05">
      <w:pPr>
        <w:spacing w:after="0" w:line="480" w:lineRule="auto"/>
        <w:rPr>
          <w:i/>
          <w:iCs/>
        </w:rPr>
      </w:pPr>
      <w:r>
        <w:t xml:space="preserve">  </w:t>
      </w:r>
      <w:r w:rsidR="00483A4C" w:rsidRPr="0086433A">
        <w:rPr>
          <w:i/>
          <w:iCs/>
        </w:rPr>
        <w:t>(COLOR GUARD POSTS THE COLORS)</w:t>
      </w:r>
    </w:p>
    <w:p w14:paraId="23B73D3A" w14:textId="5A98D46E" w:rsidR="00833A48" w:rsidRPr="0049123E" w:rsidRDefault="00483A4C" w:rsidP="00203C05">
      <w:pPr>
        <w:spacing w:after="0" w:line="480" w:lineRule="auto"/>
        <w:rPr>
          <w:u w:val="single"/>
        </w:rPr>
      </w:pPr>
      <w:r w:rsidRPr="0049123E">
        <w:rPr>
          <w:u w:val="single"/>
        </w:rPr>
        <w:t>INVOCATION</w:t>
      </w:r>
    </w:p>
    <w:p w14:paraId="7E408A9D" w14:textId="77777777" w:rsidR="00073087" w:rsidRDefault="00483A4C" w:rsidP="00203C05">
      <w:pPr>
        <w:spacing w:after="0" w:line="480" w:lineRule="auto"/>
      </w:pPr>
      <w:r>
        <w:t>MC:</w:t>
      </w:r>
      <w:r>
        <w:tab/>
        <w:t>“</w:t>
      </w:r>
      <w:r w:rsidR="0021130C" w:rsidRPr="0021130C">
        <w:rPr>
          <w:highlight w:val="yellow"/>
        </w:rPr>
        <w:t>NAME</w:t>
      </w:r>
      <w:r w:rsidR="0021130C">
        <w:t xml:space="preserve"> </w:t>
      </w:r>
      <w:r>
        <w:t>WILL NOW DELIVER THE INVOCATION.” (</w:t>
      </w:r>
      <w:r w:rsidR="00800EAA" w:rsidRPr="00800EAA">
        <w:rPr>
          <w:highlight w:val="yellow"/>
        </w:rPr>
        <w:t>NAME</w:t>
      </w:r>
      <w:r>
        <w:t xml:space="preserve"> GOES TO THE</w:t>
      </w:r>
    </w:p>
    <w:p w14:paraId="47B4A154" w14:textId="0D12B228" w:rsidR="00833A48" w:rsidRDefault="00483A4C" w:rsidP="00203C05">
      <w:pPr>
        <w:spacing w:after="0" w:line="480" w:lineRule="auto"/>
        <w:ind w:firstLine="720"/>
      </w:pPr>
      <w:r>
        <w:t>PODIUM AND DELIVERS INVOCATION)</w:t>
      </w:r>
    </w:p>
    <w:p w14:paraId="779DE363" w14:textId="2C1237C7" w:rsidR="00833A48" w:rsidRDefault="00CA4F4D" w:rsidP="00203C05">
      <w:pPr>
        <w:spacing w:after="0" w:line="480" w:lineRule="auto"/>
      </w:pPr>
      <w:r>
        <w:t>SP</w:t>
      </w:r>
      <w:r w:rsidR="00483A4C">
        <w:t>:</w:t>
      </w:r>
      <w:r w:rsidR="00483A4C">
        <w:tab/>
        <w:t>“LET US PRAY…AMEN.”</w:t>
      </w:r>
    </w:p>
    <w:p w14:paraId="0478A083" w14:textId="18B16F80" w:rsidR="0086433A" w:rsidRDefault="00073087" w:rsidP="00203C05">
      <w:pPr>
        <w:spacing w:after="0" w:line="480" w:lineRule="auto"/>
      </w:pPr>
      <w:r>
        <w:t xml:space="preserve">  </w:t>
      </w:r>
      <w:r w:rsidR="00483A4C" w:rsidRPr="0086433A">
        <w:rPr>
          <w:i/>
          <w:iCs/>
        </w:rPr>
        <w:t>(</w:t>
      </w:r>
      <w:r w:rsidR="008B6627" w:rsidRPr="008B6627">
        <w:rPr>
          <w:i/>
          <w:iCs/>
          <w:highlight w:val="yellow"/>
        </w:rPr>
        <w:t>NAME</w:t>
      </w:r>
      <w:r w:rsidR="00483A4C" w:rsidRPr="0086433A">
        <w:rPr>
          <w:i/>
          <w:iCs/>
        </w:rPr>
        <w:t xml:space="preserve"> RETURNS TO </w:t>
      </w:r>
      <w:r w:rsidR="00483A4C" w:rsidRPr="008B6627">
        <w:rPr>
          <w:i/>
          <w:iCs/>
          <w:highlight w:val="yellow"/>
        </w:rPr>
        <w:t>H</w:t>
      </w:r>
      <w:r w:rsidR="008B6627" w:rsidRPr="008B6627">
        <w:rPr>
          <w:i/>
          <w:iCs/>
          <w:highlight w:val="yellow"/>
        </w:rPr>
        <w:t>IS/HER</w:t>
      </w:r>
      <w:r w:rsidR="00483A4C" w:rsidRPr="0086433A">
        <w:rPr>
          <w:i/>
          <w:iCs/>
        </w:rPr>
        <w:t xml:space="preserve"> SEAT)</w:t>
      </w:r>
    </w:p>
    <w:p w14:paraId="5BF32E27" w14:textId="00253F99" w:rsidR="0086433A" w:rsidRDefault="00483A4C" w:rsidP="00203C05">
      <w:pPr>
        <w:spacing w:after="0" w:line="480" w:lineRule="auto"/>
      </w:pPr>
      <w:r>
        <w:t>MC:</w:t>
      </w:r>
      <w:r w:rsidR="00CE0B23">
        <w:tab/>
      </w:r>
      <w:r>
        <w:t>“</w:t>
      </w:r>
      <w:r w:rsidR="00952F72">
        <w:t xml:space="preserve">THANK YOU </w:t>
      </w:r>
      <w:r w:rsidR="00641EA7">
        <w:rPr>
          <w:highlight w:val="yellow"/>
        </w:rPr>
        <w:t xml:space="preserve">SPEAKER’S </w:t>
      </w:r>
      <w:r w:rsidR="00952F72" w:rsidRPr="00952F72">
        <w:rPr>
          <w:highlight w:val="yellow"/>
        </w:rPr>
        <w:t>NAME</w:t>
      </w:r>
      <w:r w:rsidR="00952F72">
        <w:t xml:space="preserve">.  </w:t>
      </w:r>
      <w:r>
        <w:t>BOS’N, POST THE SIDEBOYS</w:t>
      </w:r>
      <w:r w:rsidR="00D9412B">
        <w:t>.</w:t>
      </w:r>
      <w:r>
        <w:t>”</w:t>
      </w:r>
    </w:p>
    <w:p w14:paraId="7F293EED" w14:textId="6BC61F20" w:rsidR="00833A48" w:rsidRDefault="00483A4C" w:rsidP="00203C05">
      <w:pPr>
        <w:spacing w:after="0" w:line="480" w:lineRule="auto"/>
      </w:pPr>
      <w:r>
        <w:t>BM:</w:t>
      </w:r>
      <w:r w:rsidR="00CE0B23">
        <w:tab/>
      </w:r>
      <w:r>
        <w:t xml:space="preserve">“AYE-AYE </w:t>
      </w:r>
      <w:r w:rsidRPr="007B75D0">
        <w:rPr>
          <w:highlight w:val="yellow"/>
        </w:rPr>
        <w:t>SIR</w:t>
      </w:r>
      <w:r w:rsidR="007B75D0" w:rsidRPr="007B75D0">
        <w:rPr>
          <w:highlight w:val="yellow"/>
        </w:rPr>
        <w:t>/MA’AM</w:t>
      </w:r>
      <w:r>
        <w:t>!”</w:t>
      </w:r>
    </w:p>
    <w:p w14:paraId="4DE33750" w14:textId="5DC0498D" w:rsidR="0049123E" w:rsidRPr="0086433A" w:rsidRDefault="00E821E2" w:rsidP="00203C05">
      <w:pPr>
        <w:spacing w:after="0" w:line="480" w:lineRule="auto"/>
        <w:rPr>
          <w:i/>
          <w:iCs/>
        </w:rPr>
      </w:pPr>
      <w:r>
        <w:t xml:space="preserve">  </w:t>
      </w:r>
      <w:r w:rsidR="00483A4C" w:rsidRPr="0086433A">
        <w:rPr>
          <w:i/>
          <w:iCs/>
        </w:rPr>
        <w:t>(BO</w:t>
      </w:r>
      <w:r w:rsidR="00A3640E">
        <w:rPr>
          <w:i/>
          <w:iCs/>
        </w:rPr>
        <w:t>S’N</w:t>
      </w:r>
      <w:r w:rsidR="00483A4C" w:rsidRPr="0086433A">
        <w:rPr>
          <w:i/>
          <w:iCs/>
        </w:rPr>
        <w:t xml:space="preserve"> DIRECTS SIDEBOYS INTO POSITION)</w:t>
      </w:r>
    </w:p>
    <w:p w14:paraId="3D102B5B" w14:textId="6C427DDB" w:rsidR="00833A48" w:rsidRPr="0049123E" w:rsidRDefault="00483A4C" w:rsidP="00203C05">
      <w:pPr>
        <w:spacing w:after="0" w:line="480" w:lineRule="auto"/>
        <w:rPr>
          <w:u w:val="single"/>
        </w:rPr>
      </w:pPr>
      <w:r w:rsidRPr="0049123E">
        <w:rPr>
          <w:u w:val="single"/>
        </w:rPr>
        <w:t>WELCOME</w:t>
      </w:r>
    </w:p>
    <w:p w14:paraId="159ED626" w14:textId="77777777" w:rsidR="00CE0B23" w:rsidRDefault="00483A4C" w:rsidP="00203C05">
      <w:pPr>
        <w:spacing w:after="0" w:line="480" w:lineRule="auto"/>
      </w:pPr>
      <w:r>
        <w:t>MC:</w:t>
      </w:r>
      <w:r>
        <w:tab/>
        <w:t>“WILL THE GUESTS PLEASE BE SEATED. TODAY’S CEREMONY WILL BE AN</w:t>
      </w:r>
    </w:p>
    <w:p w14:paraId="305C18C0" w14:textId="098A3830" w:rsidR="00833A48" w:rsidRDefault="00483A4C" w:rsidP="00203C05">
      <w:pPr>
        <w:spacing w:after="0" w:line="480" w:lineRule="auto"/>
        <w:ind w:firstLine="720"/>
      </w:pPr>
      <w:r>
        <w:t>UNCOVERED EVENT; OFFICIAL PARTY WILL REMAIN COVERED.”</w:t>
      </w:r>
    </w:p>
    <w:p w14:paraId="38CBCFE7" w14:textId="77777777" w:rsidR="00CE0B23" w:rsidRDefault="00483A4C" w:rsidP="00203C05">
      <w:pPr>
        <w:spacing w:after="0" w:line="480" w:lineRule="auto"/>
      </w:pPr>
      <w:r>
        <w:t>MC:</w:t>
      </w:r>
      <w:r>
        <w:tab/>
        <w:t>“</w:t>
      </w:r>
      <w:r w:rsidR="00437AD4">
        <w:t xml:space="preserve">ADMIRAL, </w:t>
      </w:r>
      <w:r>
        <w:t>COMMODORE, OFFICERS, CHIEFS, FAMILY, FRIENDS, AND</w:t>
      </w:r>
    </w:p>
    <w:p w14:paraId="582E5DA8" w14:textId="7DF39493" w:rsidR="00833A48" w:rsidRDefault="00483A4C" w:rsidP="00203C05">
      <w:pPr>
        <w:spacing w:after="0" w:line="480" w:lineRule="auto"/>
        <w:ind w:left="720"/>
      </w:pPr>
      <w:r>
        <w:t>SHIPMATES</w:t>
      </w:r>
      <w:r w:rsidR="00CD23B4">
        <w:t xml:space="preserve"> </w:t>
      </w:r>
      <w:r w:rsidR="00E5015D" w:rsidRPr="004A33F0">
        <w:rPr>
          <w:highlight w:val="yellow"/>
        </w:rPr>
        <w:t>(ADD FAMILY INFO AND/OR GREETINGS, AS APPLICABLE)</w:t>
      </w:r>
      <w:r>
        <w:t xml:space="preserve">. GOOD MORNING AND WELCOME. TODAY’S CEREMONY IS A REFLECTION OF OUR NAVY’S RICH HERITAGE AND TRADITION. AS A PART OF THAT TRADITION WE HAVE COME TOGETHER TO WITNESS AND CELEBRATE A </w:t>
      </w:r>
      <w:r>
        <w:lastRenderedPageBreak/>
        <w:t xml:space="preserve">TRANSITION – THE COMMISSIONING OF </w:t>
      </w:r>
      <w:r w:rsidR="002513F3" w:rsidRPr="00800EAA">
        <w:rPr>
          <w:highlight w:val="yellow"/>
        </w:rPr>
        <w:t>RATE</w:t>
      </w:r>
      <w:r w:rsidR="00800EAA" w:rsidRPr="00800EAA">
        <w:rPr>
          <w:highlight w:val="yellow"/>
        </w:rPr>
        <w:t>/RANK</w:t>
      </w:r>
      <w:r w:rsidRPr="00800EAA">
        <w:rPr>
          <w:highlight w:val="yellow"/>
        </w:rPr>
        <w:t xml:space="preserve"> </w:t>
      </w:r>
      <w:r w:rsidR="007B75D0" w:rsidRPr="00800EAA">
        <w:rPr>
          <w:highlight w:val="yellow"/>
        </w:rPr>
        <w:t>NAME</w:t>
      </w:r>
      <w:r>
        <w:t xml:space="preserve"> FROM THE ENLISTED RANKS TO THE OFFICER RANKS AS A </w:t>
      </w:r>
      <w:r w:rsidRPr="001F1B5E">
        <w:rPr>
          <w:highlight w:val="yellow"/>
        </w:rPr>
        <w:t>LIMITED DUTY OFFICER</w:t>
      </w:r>
      <w:r w:rsidR="00840A71" w:rsidRPr="001F1B5E">
        <w:rPr>
          <w:highlight w:val="yellow"/>
        </w:rPr>
        <w:t>/CHIEF WARRANT OFFICER</w:t>
      </w:r>
      <w:r>
        <w:t>.”</w:t>
      </w:r>
    </w:p>
    <w:p w14:paraId="618EA8B9" w14:textId="77777777" w:rsidR="00310EF2" w:rsidRDefault="00483A4C" w:rsidP="00203C05">
      <w:pPr>
        <w:spacing w:after="0" w:line="480" w:lineRule="auto"/>
        <w:rPr>
          <w:u w:val="single"/>
        </w:rPr>
      </w:pPr>
      <w:r w:rsidRPr="0049123E">
        <w:rPr>
          <w:u w:val="single"/>
        </w:rPr>
        <w:t>OPENING REMARKS</w:t>
      </w:r>
    </w:p>
    <w:p w14:paraId="79D24E93" w14:textId="27CA05B6" w:rsidR="00833A48" w:rsidRPr="00310EF2" w:rsidRDefault="00CE0B23" w:rsidP="00203C05">
      <w:pPr>
        <w:spacing w:after="0" w:line="480" w:lineRule="auto"/>
        <w:rPr>
          <w:i/>
          <w:iCs/>
        </w:rPr>
      </w:pPr>
      <w:r w:rsidRPr="00CE0B23">
        <w:t xml:space="preserve">  </w:t>
      </w:r>
      <w:r w:rsidR="00325EC9" w:rsidRPr="00310EF2">
        <w:rPr>
          <w:i/>
          <w:iCs/>
          <w:highlight w:val="yellow"/>
        </w:rPr>
        <w:t>(COMBINE IF PRESIDING OFFICER AND GUEST SPEAKER ARE THE SAME PERSON)</w:t>
      </w:r>
    </w:p>
    <w:p w14:paraId="0FCA644E" w14:textId="77777777" w:rsidR="00CE0B23" w:rsidRDefault="00483A4C" w:rsidP="00203C05">
      <w:pPr>
        <w:spacing w:after="0" w:line="480" w:lineRule="auto"/>
      </w:pPr>
      <w:r>
        <w:t>MC:</w:t>
      </w:r>
      <w:r>
        <w:tab/>
        <w:t xml:space="preserve">“IT IS MY PLEASURE TO INTRODUCE </w:t>
      </w:r>
      <w:r w:rsidR="00CE0B23">
        <w:t>TH</w:t>
      </w:r>
      <w:r>
        <w:t>E PRESIDING OFFICER FOR</w:t>
      </w:r>
    </w:p>
    <w:p w14:paraId="141D49FA" w14:textId="52E733B5" w:rsidR="00833A48" w:rsidRDefault="00483A4C" w:rsidP="00203C05">
      <w:pPr>
        <w:spacing w:after="0" w:line="480" w:lineRule="auto"/>
        <w:ind w:firstLine="720"/>
      </w:pPr>
      <w:r>
        <w:t xml:space="preserve">TODAY’S CEREMONY, </w:t>
      </w:r>
      <w:r w:rsidR="0008689B" w:rsidRPr="0008689B">
        <w:rPr>
          <w:highlight w:val="yellow"/>
        </w:rPr>
        <w:t>RANK/NAME</w:t>
      </w:r>
      <w:r>
        <w:t xml:space="preserve"> FOR OPENING REMARKS.”</w:t>
      </w:r>
    </w:p>
    <w:p w14:paraId="42ABB6F0" w14:textId="35750353" w:rsidR="00833A48" w:rsidRPr="0086433A" w:rsidRDefault="00CE0B23" w:rsidP="00203C05">
      <w:pPr>
        <w:spacing w:after="0" w:line="480" w:lineRule="auto"/>
        <w:rPr>
          <w:i/>
          <w:iCs/>
        </w:rPr>
      </w:pPr>
      <w:r>
        <w:t xml:space="preserve">  </w:t>
      </w:r>
      <w:r w:rsidR="00483A4C" w:rsidRPr="0086433A">
        <w:rPr>
          <w:i/>
          <w:iCs/>
        </w:rPr>
        <w:t>(</w:t>
      </w:r>
      <w:r w:rsidR="00F97E99">
        <w:rPr>
          <w:i/>
          <w:iCs/>
        </w:rPr>
        <w:t>PRESIDING OFFICER</w:t>
      </w:r>
      <w:r w:rsidR="00483A4C" w:rsidRPr="0086433A">
        <w:rPr>
          <w:i/>
          <w:iCs/>
        </w:rPr>
        <w:t xml:space="preserve"> DELIVERS REMARKS)</w:t>
      </w:r>
    </w:p>
    <w:p w14:paraId="06F70D2E" w14:textId="3CAB0109" w:rsidR="0049123E" w:rsidRDefault="00483A4C" w:rsidP="00203C05">
      <w:pPr>
        <w:spacing w:after="0" w:line="480" w:lineRule="auto"/>
      </w:pPr>
      <w:r>
        <w:t>MC:</w:t>
      </w:r>
      <w:r>
        <w:tab/>
        <w:t xml:space="preserve">“THANK YOU </w:t>
      </w:r>
      <w:r w:rsidR="00F97E99" w:rsidRPr="00F97E99">
        <w:rPr>
          <w:highlight w:val="yellow"/>
        </w:rPr>
        <w:t>RANK/NAME</w:t>
      </w:r>
      <w:r>
        <w:t xml:space="preserve"> FOR YOUR INSPIRING WORDS.”</w:t>
      </w:r>
    </w:p>
    <w:p w14:paraId="31BF1533" w14:textId="592D89F4" w:rsidR="009455BC" w:rsidRDefault="00850882" w:rsidP="00203C05">
      <w:pPr>
        <w:spacing w:after="0" w:line="480" w:lineRule="auto"/>
      </w:pPr>
      <w:r w:rsidRPr="00C60CAF">
        <w:t>MC:</w:t>
      </w:r>
      <w:r w:rsidR="00F47452">
        <w:tab/>
      </w:r>
      <w:r w:rsidRPr="00C60CAF">
        <w:t xml:space="preserve">“IT IS </w:t>
      </w:r>
      <w:r w:rsidR="005268AE" w:rsidRPr="00C60CAF">
        <w:t xml:space="preserve">NOW </w:t>
      </w:r>
      <w:r w:rsidRPr="00C60CAF">
        <w:t>MY PLEASURE TO INTRODUCE T</w:t>
      </w:r>
      <w:r w:rsidR="00F90C24">
        <w:t>ODAY’S</w:t>
      </w:r>
      <w:r w:rsidRPr="00C60CAF">
        <w:t xml:space="preserve"> </w:t>
      </w:r>
      <w:r w:rsidR="004562CA" w:rsidRPr="00C60CAF">
        <w:t>GUEST SPEAKER</w:t>
      </w:r>
      <w:r w:rsidRPr="00C60CAF">
        <w:t>,</w:t>
      </w:r>
    </w:p>
    <w:p w14:paraId="6C1824C3" w14:textId="57C167FC" w:rsidR="009455BC" w:rsidRPr="00C60CAF" w:rsidRDefault="00850882" w:rsidP="00203C05">
      <w:pPr>
        <w:spacing w:after="0" w:line="480" w:lineRule="auto"/>
        <w:ind w:firstLine="720"/>
      </w:pPr>
      <w:r w:rsidRPr="00C60CAF">
        <w:rPr>
          <w:highlight w:val="yellow"/>
        </w:rPr>
        <w:t>RANK/NAME</w:t>
      </w:r>
      <w:r w:rsidRPr="00C60CAF">
        <w:t>.”</w:t>
      </w:r>
    </w:p>
    <w:p w14:paraId="2BBD3C3F" w14:textId="4E8813D9" w:rsidR="00A52CDE" w:rsidRPr="0086433A" w:rsidRDefault="00CE0B23" w:rsidP="00203C05">
      <w:pPr>
        <w:spacing w:after="0" w:line="480" w:lineRule="auto"/>
        <w:rPr>
          <w:i/>
          <w:iCs/>
        </w:rPr>
      </w:pPr>
      <w:r>
        <w:t xml:space="preserve">  </w:t>
      </w:r>
      <w:r w:rsidR="00A52CDE" w:rsidRPr="0086433A">
        <w:rPr>
          <w:i/>
          <w:iCs/>
        </w:rPr>
        <w:t>(</w:t>
      </w:r>
      <w:r w:rsidR="00A52CDE">
        <w:rPr>
          <w:i/>
          <w:iCs/>
        </w:rPr>
        <w:t>GUEST SPEAKER</w:t>
      </w:r>
      <w:r w:rsidR="00A52CDE" w:rsidRPr="0086433A">
        <w:rPr>
          <w:i/>
          <w:iCs/>
        </w:rPr>
        <w:t xml:space="preserve"> DELIVERS REMARKS)</w:t>
      </w:r>
    </w:p>
    <w:p w14:paraId="3EE53287" w14:textId="60B558F4" w:rsidR="0070264A" w:rsidRDefault="0070264A" w:rsidP="00203C05">
      <w:pPr>
        <w:spacing w:after="0" w:line="480" w:lineRule="auto"/>
      </w:pPr>
      <w:r>
        <w:t>MC:</w:t>
      </w:r>
      <w:r w:rsidR="006660B2">
        <w:tab/>
      </w:r>
      <w:r w:rsidRPr="0070264A">
        <w:t xml:space="preserve">“THANK YOU </w:t>
      </w:r>
      <w:r w:rsidRPr="009455BC">
        <w:rPr>
          <w:highlight w:val="yellow"/>
        </w:rPr>
        <w:t>RANK/NAME</w:t>
      </w:r>
      <w:r w:rsidR="009455BC">
        <w:t xml:space="preserve"> FOR YOUR KIND REMARKS.</w:t>
      </w:r>
      <w:r w:rsidRPr="0070264A">
        <w:t>”</w:t>
      </w:r>
    </w:p>
    <w:p w14:paraId="1C3407AF" w14:textId="77777777" w:rsidR="0041659F" w:rsidRPr="00B10470" w:rsidRDefault="0041659F" w:rsidP="00203C05">
      <w:pPr>
        <w:spacing w:after="0" w:line="480" w:lineRule="auto"/>
        <w:rPr>
          <w:u w:val="single"/>
        </w:rPr>
      </w:pPr>
      <w:r w:rsidRPr="0049123E">
        <w:rPr>
          <w:u w:val="single"/>
        </w:rPr>
        <w:t>PRESENTATION OF AWARD</w:t>
      </w:r>
    </w:p>
    <w:p w14:paraId="2DE1A032" w14:textId="77777777" w:rsidR="009455BC" w:rsidRDefault="0041659F" w:rsidP="00203C05">
      <w:pPr>
        <w:spacing w:after="0" w:line="480" w:lineRule="auto"/>
      </w:pPr>
      <w:r>
        <w:t>MC:</w:t>
      </w:r>
      <w:r>
        <w:tab/>
        <w:t xml:space="preserve">“AT THIS TIME, </w:t>
      </w:r>
      <w:r w:rsidR="007876D9">
        <w:rPr>
          <w:highlight w:val="yellow"/>
        </w:rPr>
        <w:t>PRESIDING O</w:t>
      </w:r>
      <w:r w:rsidRPr="00851D0F">
        <w:rPr>
          <w:highlight w:val="yellow"/>
        </w:rPr>
        <w:t>FFICER</w:t>
      </w:r>
      <w:r>
        <w:t xml:space="preserve"> WILL PRESENT </w:t>
      </w:r>
      <w:r w:rsidRPr="00DC6276">
        <w:rPr>
          <w:highlight w:val="yellow"/>
        </w:rPr>
        <w:t>RATE</w:t>
      </w:r>
      <w:r>
        <w:rPr>
          <w:highlight w:val="yellow"/>
        </w:rPr>
        <w:t>/</w:t>
      </w:r>
      <w:r w:rsidRPr="00DC6276">
        <w:rPr>
          <w:highlight w:val="yellow"/>
        </w:rPr>
        <w:t>NAME</w:t>
      </w:r>
      <w:r>
        <w:t xml:space="preserve"> WITH</w:t>
      </w:r>
    </w:p>
    <w:p w14:paraId="13177FEC" w14:textId="43CB59E2" w:rsidR="0041659F" w:rsidRDefault="0041659F" w:rsidP="00203C05">
      <w:pPr>
        <w:spacing w:after="0" w:line="480" w:lineRule="auto"/>
        <w:ind w:firstLine="720"/>
      </w:pPr>
      <w:r w:rsidRPr="00DC6276">
        <w:rPr>
          <w:highlight w:val="yellow"/>
        </w:rPr>
        <w:t>HIS/HER</w:t>
      </w:r>
      <w:r>
        <w:t xml:space="preserve"> END OF TOUR AWARD.”</w:t>
      </w:r>
    </w:p>
    <w:p w14:paraId="07932ED2" w14:textId="20A77055" w:rsidR="0041659F" w:rsidRDefault="0041659F" w:rsidP="00203C05">
      <w:pPr>
        <w:spacing w:after="0" w:line="480" w:lineRule="auto"/>
      </w:pPr>
      <w:r>
        <w:t>MC:</w:t>
      </w:r>
      <w:r>
        <w:tab/>
        <w:t xml:space="preserve">“WILL THE GUESTS PLEASE </w:t>
      </w:r>
      <w:r w:rsidR="00CE07CD">
        <w:t>RISE</w:t>
      </w:r>
      <w:r>
        <w:t>.”</w:t>
      </w:r>
    </w:p>
    <w:p w14:paraId="3477D69A" w14:textId="17909EE3" w:rsidR="0041659F" w:rsidRDefault="0041659F" w:rsidP="00203C05">
      <w:pPr>
        <w:spacing w:after="0" w:line="480" w:lineRule="auto"/>
      </w:pPr>
      <w:r>
        <w:t>MC:</w:t>
      </w:r>
      <w:r>
        <w:tab/>
        <w:t>“</w:t>
      </w:r>
      <w:r w:rsidR="00CE07CD">
        <w:t xml:space="preserve">MILITARY PERSONNEL, </w:t>
      </w:r>
      <w:r>
        <w:t>ATTENTION TO AWARD.”</w:t>
      </w:r>
    </w:p>
    <w:p w14:paraId="7470A124" w14:textId="52258B55" w:rsidR="0041659F" w:rsidRDefault="0057209D" w:rsidP="00203C05">
      <w:pPr>
        <w:spacing w:after="0" w:line="480" w:lineRule="auto"/>
      </w:pPr>
      <w:r w:rsidRPr="0057209D">
        <w:t>MC:</w:t>
      </w:r>
      <w:r w:rsidRPr="0057209D">
        <w:tab/>
      </w:r>
      <w:r w:rsidR="0041659F" w:rsidRPr="006543C1">
        <w:rPr>
          <w:highlight w:val="yellow"/>
        </w:rPr>
        <w:t>(</w:t>
      </w:r>
      <w:r w:rsidRPr="006543C1">
        <w:rPr>
          <w:highlight w:val="yellow"/>
        </w:rPr>
        <w:t>INSERT AWARD CITA</w:t>
      </w:r>
      <w:r w:rsidR="00550463" w:rsidRPr="006543C1">
        <w:rPr>
          <w:highlight w:val="yellow"/>
        </w:rPr>
        <w:t>TION</w:t>
      </w:r>
      <w:r w:rsidR="008F1C63" w:rsidRPr="006543C1">
        <w:rPr>
          <w:highlight w:val="yellow"/>
        </w:rPr>
        <w:t xml:space="preserve"> VERBIAGE</w:t>
      </w:r>
      <w:r w:rsidR="0041659F" w:rsidRPr="006543C1">
        <w:rPr>
          <w:highlight w:val="yellow"/>
        </w:rPr>
        <w:t>)</w:t>
      </w:r>
    </w:p>
    <w:p w14:paraId="3EB1625E" w14:textId="77777777" w:rsidR="00CB1BCF" w:rsidRPr="0049123E" w:rsidRDefault="00CB1BCF" w:rsidP="00203C05">
      <w:pPr>
        <w:spacing w:after="0" w:line="480" w:lineRule="auto"/>
        <w:rPr>
          <w:u w:val="single"/>
        </w:rPr>
      </w:pPr>
      <w:r w:rsidRPr="0049123E">
        <w:rPr>
          <w:u w:val="single"/>
        </w:rPr>
        <w:t xml:space="preserve">PRESENTATION OF GIFT FROM </w:t>
      </w:r>
      <w:r>
        <w:rPr>
          <w:u w:val="single"/>
        </w:rPr>
        <w:t>POA/</w:t>
      </w:r>
      <w:r w:rsidRPr="0049123E">
        <w:rPr>
          <w:u w:val="single"/>
        </w:rPr>
        <w:t>CPOA</w:t>
      </w:r>
    </w:p>
    <w:p w14:paraId="105E564D" w14:textId="3AD293E5" w:rsidR="00550463" w:rsidRDefault="0056607C" w:rsidP="00203C05">
      <w:pPr>
        <w:spacing w:after="0" w:line="480" w:lineRule="auto"/>
        <w:rPr>
          <w:i/>
          <w:iCs/>
        </w:rPr>
      </w:pPr>
      <w:r>
        <w:rPr>
          <w:i/>
          <w:iCs/>
          <w:highlight w:val="yellow"/>
        </w:rPr>
        <w:t xml:space="preserve">(OPTION 1) </w:t>
      </w:r>
      <w:r w:rsidR="00550463" w:rsidRPr="003666EC">
        <w:rPr>
          <w:i/>
          <w:iCs/>
          <w:highlight w:val="yellow"/>
        </w:rPr>
        <w:t xml:space="preserve">IF </w:t>
      </w:r>
      <w:r w:rsidR="003A1832">
        <w:rPr>
          <w:i/>
          <w:iCs/>
          <w:highlight w:val="yellow"/>
        </w:rPr>
        <w:t>THERE IS A</w:t>
      </w:r>
      <w:r w:rsidR="003666EC" w:rsidRPr="003666EC">
        <w:rPr>
          <w:i/>
          <w:iCs/>
          <w:highlight w:val="yellow"/>
        </w:rPr>
        <w:t xml:space="preserve"> POA/CPOA GIFT PRESENTATION:</w:t>
      </w:r>
    </w:p>
    <w:p w14:paraId="06B664DF" w14:textId="6C7524A5" w:rsidR="003666EC" w:rsidRPr="003666EC" w:rsidRDefault="003666EC" w:rsidP="00203C05">
      <w:pPr>
        <w:spacing w:after="0" w:line="480" w:lineRule="auto"/>
      </w:pPr>
      <w:r>
        <w:t>MC:</w:t>
      </w:r>
      <w:r>
        <w:tab/>
        <w:t>“WILL THE GUESTS PLEASE BE SEATED.”</w:t>
      </w:r>
    </w:p>
    <w:p w14:paraId="33C1DB0C" w14:textId="77777777" w:rsidR="00CB2726" w:rsidRDefault="00CB2726" w:rsidP="00203C05">
      <w:pPr>
        <w:spacing w:after="0" w:line="480" w:lineRule="auto"/>
      </w:pPr>
    </w:p>
    <w:p w14:paraId="72088FF7" w14:textId="71DFDA2D" w:rsidR="00CB2726" w:rsidRDefault="00483A4C" w:rsidP="00203C05">
      <w:pPr>
        <w:spacing w:after="0" w:line="480" w:lineRule="auto"/>
      </w:pPr>
      <w:r>
        <w:lastRenderedPageBreak/>
        <w:t>MC:</w:t>
      </w:r>
      <w:r>
        <w:tab/>
        <w:t>“AT THIS TIME, THE</w:t>
      </w:r>
      <w:r w:rsidR="002A41AB">
        <w:t xml:space="preserve"> </w:t>
      </w:r>
      <w:r w:rsidR="002A41AB" w:rsidRPr="002A41AB">
        <w:rPr>
          <w:highlight w:val="yellow"/>
        </w:rPr>
        <w:t>POA/</w:t>
      </w:r>
      <w:r w:rsidRPr="002A41AB">
        <w:rPr>
          <w:highlight w:val="yellow"/>
        </w:rPr>
        <w:t>CPOA</w:t>
      </w:r>
      <w:r>
        <w:t xml:space="preserve"> WILL PRESENT </w:t>
      </w:r>
      <w:r w:rsidR="00C83DA0" w:rsidRPr="00C83DA0">
        <w:rPr>
          <w:highlight w:val="yellow"/>
        </w:rPr>
        <w:t>RANK/NAME</w:t>
      </w:r>
      <w:r>
        <w:t xml:space="preserve"> WITH </w:t>
      </w:r>
      <w:r w:rsidRPr="00C83DA0">
        <w:rPr>
          <w:highlight w:val="yellow"/>
        </w:rPr>
        <w:t>HIS</w:t>
      </w:r>
      <w:r w:rsidR="00C83DA0" w:rsidRPr="00C83DA0">
        <w:rPr>
          <w:highlight w:val="yellow"/>
        </w:rPr>
        <w:t>/HER</w:t>
      </w:r>
    </w:p>
    <w:p w14:paraId="2086FCC5" w14:textId="4D87E819" w:rsidR="00833A48" w:rsidRDefault="00224896" w:rsidP="00203C05">
      <w:pPr>
        <w:spacing w:after="0" w:line="480" w:lineRule="auto"/>
        <w:ind w:firstLine="720"/>
      </w:pPr>
      <w:r>
        <w:t xml:space="preserve">DEPARTING </w:t>
      </w:r>
      <w:r w:rsidR="00483A4C">
        <w:t>GIFT.”</w:t>
      </w:r>
    </w:p>
    <w:p w14:paraId="759BCF61" w14:textId="04E45D17" w:rsidR="00833A48" w:rsidRDefault="00483A4C" w:rsidP="00203C05">
      <w:pPr>
        <w:spacing w:after="0" w:line="480" w:lineRule="auto"/>
      </w:pPr>
      <w:r>
        <w:t>MC:</w:t>
      </w:r>
      <w:r>
        <w:tab/>
        <w:t>“</w:t>
      </w:r>
      <w:r w:rsidR="0017118E" w:rsidRPr="0017118E">
        <w:rPr>
          <w:highlight w:val="yellow"/>
        </w:rPr>
        <w:t>RANK</w:t>
      </w:r>
      <w:r w:rsidR="004A6543">
        <w:rPr>
          <w:highlight w:val="yellow"/>
        </w:rPr>
        <w:t>/</w:t>
      </w:r>
      <w:r w:rsidR="0017118E" w:rsidRPr="0017118E">
        <w:rPr>
          <w:highlight w:val="yellow"/>
        </w:rPr>
        <w:t>NAME</w:t>
      </w:r>
      <w:r w:rsidR="007D56EA">
        <w:rPr>
          <w:highlight w:val="yellow"/>
        </w:rPr>
        <w:t>(</w:t>
      </w:r>
      <w:r w:rsidR="00441F54" w:rsidRPr="00441F54">
        <w:rPr>
          <w:highlight w:val="yellow"/>
        </w:rPr>
        <w:t>S</w:t>
      </w:r>
      <w:r w:rsidR="007D56EA" w:rsidRPr="007D56EA">
        <w:rPr>
          <w:highlight w:val="yellow"/>
        </w:rPr>
        <w:t>)</w:t>
      </w:r>
      <w:r w:rsidR="0017118E">
        <w:t>,</w:t>
      </w:r>
      <w:r>
        <w:t xml:space="preserve"> FRONT AND CENTER!”</w:t>
      </w:r>
    </w:p>
    <w:p w14:paraId="29D2F388" w14:textId="3787C565" w:rsidR="0049123E" w:rsidRPr="0086433A" w:rsidRDefault="0056607C" w:rsidP="00203C05">
      <w:pPr>
        <w:spacing w:after="0" w:line="480" w:lineRule="auto"/>
        <w:rPr>
          <w:i/>
          <w:iCs/>
        </w:rPr>
      </w:pPr>
      <w:r>
        <w:t xml:space="preserve">  </w:t>
      </w:r>
      <w:r w:rsidR="00483A4C" w:rsidRPr="0086433A">
        <w:rPr>
          <w:i/>
          <w:iCs/>
        </w:rPr>
        <w:t>(</w:t>
      </w:r>
      <w:r w:rsidR="000721C1" w:rsidRPr="000721C1">
        <w:rPr>
          <w:i/>
          <w:iCs/>
          <w:highlight w:val="yellow"/>
        </w:rPr>
        <w:t>POA/CPOA</w:t>
      </w:r>
      <w:r w:rsidR="00483A4C" w:rsidRPr="0086433A">
        <w:rPr>
          <w:i/>
          <w:iCs/>
        </w:rPr>
        <w:t xml:space="preserve"> PRESENTS GIFT</w:t>
      </w:r>
      <w:r w:rsidR="00A96B62">
        <w:rPr>
          <w:i/>
          <w:iCs/>
        </w:rPr>
        <w:t>, SECURES GIFT, AND IS SEATED</w:t>
      </w:r>
      <w:r w:rsidR="00483A4C" w:rsidRPr="0086433A">
        <w:rPr>
          <w:i/>
          <w:iCs/>
        </w:rPr>
        <w:t>)</w:t>
      </w:r>
    </w:p>
    <w:p w14:paraId="4726E9C8" w14:textId="11A2687D" w:rsidR="00CB59B8" w:rsidRPr="00CB59B8" w:rsidRDefault="0056607C" w:rsidP="00203C05">
      <w:pPr>
        <w:spacing w:after="0" w:line="480" w:lineRule="auto"/>
        <w:rPr>
          <w:i/>
          <w:iCs/>
        </w:rPr>
      </w:pPr>
      <w:r>
        <w:rPr>
          <w:i/>
          <w:iCs/>
          <w:highlight w:val="yellow"/>
        </w:rPr>
        <w:t xml:space="preserve">(OPTION 2) </w:t>
      </w:r>
      <w:r w:rsidR="00CB59B8" w:rsidRPr="00CB59B8">
        <w:rPr>
          <w:i/>
          <w:iCs/>
          <w:highlight w:val="yellow"/>
        </w:rPr>
        <w:t>IF THERE IS NO POA/CPOA GIFT PRESENTATION, GUESTS WILL REMAIN STANDING</w:t>
      </w:r>
    </w:p>
    <w:p w14:paraId="189911B7" w14:textId="3AE37AF1" w:rsidR="00833A48" w:rsidRPr="0014156E" w:rsidRDefault="00483A4C" w:rsidP="00203C05">
      <w:pPr>
        <w:spacing w:after="0" w:line="480" w:lineRule="auto"/>
        <w:rPr>
          <w:u w:val="single"/>
        </w:rPr>
      </w:pPr>
      <w:r w:rsidRPr="0014156E">
        <w:rPr>
          <w:u w:val="single"/>
        </w:rPr>
        <w:t>DISCHARGE</w:t>
      </w:r>
    </w:p>
    <w:p w14:paraId="3062F68C" w14:textId="77777777" w:rsidR="00AF0333" w:rsidRDefault="00483A4C" w:rsidP="00203C05">
      <w:pPr>
        <w:spacing w:after="0" w:line="480" w:lineRule="auto"/>
      </w:pPr>
      <w:r>
        <w:t>MC:</w:t>
      </w:r>
      <w:r>
        <w:tab/>
        <w:t>“AT THIS TIME,</w:t>
      </w:r>
      <w:r w:rsidR="002D22C2">
        <w:t xml:space="preserve"> </w:t>
      </w:r>
      <w:r w:rsidR="003D37CA">
        <w:rPr>
          <w:highlight w:val="yellow"/>
        </w:rPr>
        <w:t>PRESIDING</w:t>
      </w:r>
      <w:r w:rsidR="006C74F8" w:rsidRPr="00912F4E">
        <w:rPr>
          <w:highlight w:val="yellow"/>
        </w:rPr>
        <w:t xml:space="preserve"> OFFICER</w:t>
      </w:r>
      <w:r w:rsidR="00B510FC">
        <w:t>,</w:t>
      </w:r>
      <w:r>
        <w:t xml:space="preserve"> WILL DISCHARGE </w:t>
      </w:r>
      <w:r w:rsidR="00B510FC" w:rsidRPr="00B510FC">
        <w:rPr>
          <w:highlight w:val="yellow"/>
        </w:rPr>
        <w:t>RANK/NAME</w:t>
      </w:r>
      <w:r>
        <w:t xml:space="preserve"> FROM</w:t>
      </w:r>
    </w:p>
    <w:p w14:paraId="7DE4BE4C" w14:textId="76B07E97" w:rsidR="00833A48" w:rsidRPr="00602254" w:rsidRDefault="00483A4C" w:rsidP="00203C05">
      <w:pPr>
        <w:spacing w:after="0" w:line="480" w:lineRule="auto"/>
        <w:ind w:firstLine="720"/>
      </w:pPr>
      <w:r>
        <w:t>ENLISTED SERVICE</w:t>
      </w:r>
      <w:r w:rsidR="00696EFF">
        <w:t>.</w:t>
      </w:r>
      <w:r w:rsidR="00D46065">
        <w:t>”</w:t>
      </w:r>
    </w:p>
    <w:p w14:paraId="262DC5B3" w14:textId="51865DC0" w:rsidR="00AF0333" w:rsidRDefault="00483A4C" w:rsidP="00203C05">
      <w:pPr>
        <w:spacing w:after="0" w:line="480" w:lineRule="auto"/>
      </w:pPr>
      <w:r w:rsidRPr="007748C8">
        <w:t>MC:</w:t>
      </w:r>
      <w:r w:rsidRPr="007211AA">
        <w:rPr>
          <w:i/>
          <w:iCs/>
        </w:rPr>
        <w:tab/>
      </w:r>
      <w:r w:rsidR="00AF0333">
        <w:rPr>
          <w:i/>
          <w:iCs/>
        </w:rPr>
        <w:t>(ONLY IF POA/CPOA GIFT WAS PRESENTED)</w:t>
      </w:r>
      <w:r w:rsidR="007211AA">
        <w:rPr>
          <w:i/>
          <w:iCs/>
        </w:rPr>
        <w:t xml:space="preserve">: </w:t>
      </w:r>
      <w:r w:rsidRPr="007748C8">
        <w:t>“</w:t>
      </w:r>
      <w:r w:rsidR="003D37CA" w:rsidRPr="007748C8">
        <w:t>WILL THE GUESTS PLEASE</w:t>
      </w:r>
    </w:p>
    <w:p w14:paraId="52D1B92B" w14:textId="5485D84C" w:rsidR="00AF0333" w:rsidRDefault="00AF0333" w:rsidP="00203C05">
      <w:pPr>
        <w:spacing w:after="0" w:line="480" w:lineRule="auto"/>
      </w:pPr>
      <w:r>
        <w:tab/>
        <w:t>RISE.”</w:t>
      </w:r>
    </w:p>
    <w:p w14:paraId="4B656BC2" w14:textId="05B6D141" w:rsidR="00833A48" w:rsidRPr="007211AA" w:rsidRDefault="00AF0333" w:rsidP="00203C05">
      <w:pPr>
        <w:spacing w:after="0" w:line="480" w:lineRule="auto"/>
        <w:rPr>
          <w:i/>
          <w:iCs/>
        </w:rPr>
      </w:pPr>
      <w:r>
        <w:t>MC:</w:t>
      </w:r>
      <w:r>
        <w:tab/>
        <w:t>“</w:t>
      </w:r>
      <w:r w:rsidR="003D37CA" w:rsidRPr="007748C8">
        <w:t xml:space="preserve">MILITARY PERSONNEL, </w:t>
      </w:r>
      <w:r w:rsidR="00483A4C" w:rsidRPr="007748C8">
        <w:t>ATTENTION TO DISCHARGE</w:t>
      </w:r>
      <w:r w:rsidR="003D37CA" w:rsidRPr="007748C8">
        <w:t>.</w:t>
      </w:r>
      <w:r w:rsidR="00483A4C" w:rsidRPr="007748C8">
        <w:t>”</w:t>
      </w:r>
    </w:p>
    <w:p w14:paraId="61B3798D" w14:textId="77777777" w:rsidR="00AF0333" w:rsidRDefault="00483A4C" w:rsidP="00203C05">
      <w:pPr>
        <w:spacing w:after="0" w:line="480" w:lineRule="auto"/>
      </w:pPr>
      <w:r>
        <w:t>MC:</w:t>
      </w:r>
      <w:r>
        <w:tab/>
        <w:t>“HONORABLE DISCHARGE FROM THE ARMED FORCES OF THE UNITED</w:t>
      </w:r>
    </w:p>
    <w:p w14:paraId="533159D4" w14:textId="12814EC0" w:rsidR="0049123E" w:rsidRDefault="00483A4C" w:rsidP="00203C05">
      <w:pPr>
        <w:spacing w:after="0" w:line="480" w:lineRule="auto"/>
        <w:ind w:left="720"/>
      </w:pPr>
      <w:r>
        <w:t xml:space="preserve">STATES OF AMERICA. THIS IS TO CERTIFY THAT </w:t>
      </w:r>
      <w:r w:rsidR="00B510FC" w:rsidRPr="00B510FC">
        <w:rPr>
          <w:highlight w:val="yellow"/>
        </w:rPr>
        <w:t>RANK/NAME</w:t>
      </w:r>
      <w:r>
        <w:t xml:space="preserve"> WAS HONORABLY DISCHARGED FROM THE UNITED STATES NAVY ON THE </w:t>
      </w:r>
      <w:r w:rsidR="00E923D2">
        <w:rPr>
          <w:highlight w:val="yellow"/>
        </w:rPr>
        <w:t>ST/</w:t>
      </w:r>
      <w:r w:rsidRPr="00E923D2">
        <w:rPr>
          <w:highlight w:val="yellow"/>
        </w:rPr>
        <w:t>ND</w:t>
      </w:r>
      <w:r w:rsidR="00E923D2" w:rsidRPr="00E923D2">
        <w:rPr>
          <w:highlight w:val="yellow"/>
        </w:rPr>
        <w:t>/TH</w:t>
      </w:r>
      <w:r>
        <w:t xml:space="preserve"> DAY OF </w:t>
      </w:r>
      <w:r w:rsidR="00E923D2" w:rsidRPr="00E923D2">
        <w:rPr>
          <w:highlight w:val="yellow"/>
        </w:rPr>
        <w:t>MONTH YEAR</w:t>
      </w:r>
      <w:r>
        <w:t>. THIS CERTIFICATE IS AWARDED AS A TESTIMONIAL OF HONEST AND FAITHFUL SERVICE.</w:t>
      </w:r>
      <w:r w:rsidR="00F352E3">
        <w:t>”</w:t>
      </w:r>
    </w:p>
    <w:p w14:paraId="1986AEDE" w14:textId="324997BF" w:rsidR="00A73AF0" w:rsidRDefault="00A73AF0" w:rsidP="00203C05">
      <w:pPr>
        <w:spacing w:after="0" w:line="480" w:lineRule="auto"/>
      </w:pPr>
      <w:r>
        <w:t>MC:</w:t>
      </w:r>
      <w:r w:rsidR="00A3640E">
        <w:tab/>
      </w:r>
      <w:r>
        <w:t>“WILL THE GUEST PLEASE BE SEATED</w:t>
      </w:r>
      <w:r w:rsidR="00B709CD">
        <w:t>.</w:t>
      </w:r>
      <w:r>
        <w:t>”</w:t>
      </w:r>
    </w:p>
    <w:p w14:paraId="1CECD237" w14:textId="0898C2D0" w:rsidR="00833A48" w:rsidRPr="0014156E" w:rsidRDefault="00483A4C" w:rsidP="00203C05">
      <w:pPr>
        <w:spacing w:after="0" w:line="480" w:lineRule="auto"/>
        <w:rPr>
          <w:u w:val="single"/>
        </w:rPr>
      </w:pPr>
      <w:r w:rsidRPr="0014156E">
        <w:rPr>
          <w:u w:val="single"/>
        </w:rPr>
        <w:t xml:space="preserve">RETIRE </w:t>
      </w:r>
      <w:r w:rsidR="00576159">
        <w:rPr>
          <w:u w:val="single"/>
        </w:rPr>
        <w:t xml:space="preserve">COVER AND </w:t>
      </w:r>
      <w:r w:rsidR="00F3594C">
        <w:rPr>
          <w:u w:val="single"/>
        </w:rPr>
        <w:t>INSIGNIA</w:t>
      </w:r>
      <w:r w:rsidR="005E20E5">
        <w:rPr>
          <w:u w:val="single"/>
        </w:rPr>
        <w:t>S</w:t>
      </w:r>
    </w:p>
    <w:p w14:paraId="44495BD3" w14:textId="4B9AC40B" w:rsidR="00833A48" w:rsidRDefault="00483A4C" w:rsidP="00203C05">
      <w:pPr>
        <w:spacing w:after="0" w:line="480" w:lineRule="auto"/>
      </w:pPr>
      <w:r>
        <w:t>MC:</w:t>
      </w:r>
      <w:r>
        <w:tab/>
        <w:t>“</w:t>
      </w:r>
      <w:r w:rsidR="00CF6D32" w:rsidRPr="00CF6D32">
        <w:rPr>
          <w:highlight w:val="yellow"/>
        </w:rPr>
        <w:t>NAME</w:t>
      </w:r>
      <w:r w:rsidR="007D56EA">
        <w:rPr>
          <w:highlight w:val="yellow"/>
        </w:rPr>
        <w:t>(</w:t>
      </w:r>
      <w:r w:rsidR="004362E6" w:rsidRPr="007D56EA">
        <w:rPr>
          <w:highlight w:val="yellow"/>
        </w:rPr>
        <w:t>S</w:t>
      </w:r>
      <w:r w:rsidR="007D56EA" w:rsidRPr="007D56EA">
        <w:rPr>
          <w:highlight w:val="yellow"/>
        </w:rPr>
        <w:t>)</w:t>
      </w:r>
      <w:r>
        <w:t xml:space="preserve"> WILL NOW RETIRE </w:t>
      </w:r>
      <w:r w:rsidR="00233AED" w:rsidRPr="00233AED">
        <w:rPr>
          <w:highlight w:val="yellow"/>
        </w:rPr>
        <w:t>RANK/NAME’S</w:t>
      </w:r>
      <w:r w:rsidR="00B709CD">
        <w:t xml:space="preserve"> </w:t>
      </w:r>
      <w:r w:rsidR="00576159" w:rsidRPr="00576159">
        <w:rPr>
          <w:highlight w:val="yellow"/>
        </w:rPr>
        <w:t xml:space="preserve">COVER AND </w:t>
      </w:r>
      <w:r w:rsidR="007748C8">
        <w:rPr>
          <w:highlight w:val="yellow"/>
        </w:rPr>
        <w:t>INSIGNIA</w:t>
      </w:r>
      <w:r w:rsidR="005E20E5" w:rsidRPr="00AF321E">
        <w:rPr>
          <w:highlight w:val="yellow"/>
        </w:rPr>
        <w:t>S</w:t>
      </w:r>
      <w:r>
        <w:t>.”</w:t>
      </w:r>
    </w:p>
    <w:p w14:paraId="25179950" w14:textId="77777777" w:rsidR="007D56EA" w:rsidRDefault="00483A4C" w:rsidP="00203C05">
      <w:pPr>
        <w:spacing w:after="0" w:line="480" w:lineRule="auto"/>
      </w:pPr>
      <w:r>
        <w:t>MC:</w:t>
      </w:r>
      <w:r>
        <w:tab/>
        <w:t>“</w:t>
      </w:r>
      <w:r w:rsidR="004362E6">
        <w:t xml:space="preserve">THE </w:t>
      </w:r>
      <w:r>
        <w:t xml:space="preserve">COVER WILL BE REMOVED BY </w:t>
      </w:r>
      <w:r w:rsidR="00B35025" w:rsidRPr="00B35025">
        <w:rPr>
          <w:highlight w:val="yellow"/>
        </w:rPr>
        <w:t>RANK/NAME</w:t>
      </w:r>
      <w:r w:rsidR="00141458">
        <w:t xml:space="preserve"> AND</w:t>
      </w:r>
      <w:r>
        <w:t xml:space="preserve"> </w:t>
      </w:r>
      <w:r w:rsidR="00C26BD7">
        <w:t>INSIGNIA</w:t>
      </w:r>
      <w:r w:rsidR="0082112A" w:rsidRPr="0082112A">
        <w:t>S</w:t>
      </w:r>
      <w:r>
        <w:t xml:space="preserve"> WILL BE</w:t>
      </w:r>
    </w:p>
    <w:p w14:paraId="4D54914E" w14:textId="74124CED" w:rsidR="00833A48" w:rsidRDefault="00483A4C" w:rsidP="00203C05">
      <w:pPr>
        <w:spacing w:after="0" w:line="480" w:lineRule="auto"/>
        <w:ind w:firstLine="720"/>
      </w:pPr>
      <w:r>
        <w:t xml:space="preserve">REMOVED BY </w:t>
      </w:r>
      <w:r w:rsidR="006761ED" w:rsidRPr="006761ED">
        <w:rPr>
          <w:highlight w:val="yellow"/>
        </w:rPr>
        <w:t>RANK/NAM</w:t>
      </w:r>
      <w:r w:rsidR="006761ED" w:rsidRPr="00CD5BD6">
        <w:rPr>
          <w:highlight w:val="yellow"/>
        </w:rPr>
        <w:t>E</w:t>
      </w:r>
      <w:r w:rsidR="007D56EA">
        <w:rPr>
          <w:highlight w:val="yellow"/>
        </w:rPr>
        <w:t>(</w:t>
      </w:r>
      <w:r w:rsidR="00CD5BD6" w:rsidRPr="00CD5BD6">
        <w:rPr>
          <w:highlight w:val="yellow"/>
        </w:rPr>
        <w:t>S</w:t>
      </w:r>
      <w:r w:rsidR="007D56EA" w:rsidRPr="007D56EA">
        <w:rPr>
          <w:highlight w:val="yellow"/>
        </w:rPr>
        <w:t>)</w:t>
      </w:r>
      <w:r>
        <w:t>.”</w:t>
      </w:r>
    </w:p>
    <w:p w14:paraId="34D669D4" w14:textId="238D1FAB" w:rsidR="004864CD" w:rsidRDefault="00AF0333" w:rsidP="00203C05">
      <w:pPr>
        <w:spacing w:after="0" w:line="480" w:lineRule="auto"/>
        <w:rPr>
          <w:i/>
          <w:iCs/>
        </w:rPr>
      </w:pPr>
      <w:r>
        <w:rPr>
          <w:i/>
          <w:iCs/>
        </w:rPr>
        <w:t xml:space="preserve">  </w:t>
      </w:r>
      <w:r w:rsidR="00483A4C" w:rsidRPr="0086433A">
        <w:rPr>
          <w:i/>
          <w:iCs/>
        </w:rPr>
        <w:t xml:space="preserve">(REMOVES COVER AND </w:t>
      </w:r>
      <w:r w:rsidR="009B7494">
        <w:rPr>
          <w:i/>
          <w:iCs/>
        </w:rPr>
        <w:t>INSIGNIAS</w:t>
      </w:r>
      <w:r w:rsidR="00483A4C" w:rsidRPr="0086433A">
        <w:rPr>
          <w:i/>
          <w:iCs/>
        </w:rPr>
        <w:t xml:space="preserve"> AND </w:t>
      </w:r>
      <w:r w:rsidR="003F3D41">
        <w:rPr>
          <w:i/>
          <w:iCs/>
        </w:rPr>
        <w:t xml:space="preserve">HANDS </w:t>
      </w:r>
      <w:r w:rsidR="009B7494">
        <w:rPr>
          <w:i/>
          <w:iCs/>
        </w:rPr>
        <w:t>INSIGNIA</w:t>
      </w:r>
      <w:r w:rsidR="003F3D41">
        <w:rPr>
          <w:i/>
          <w:iCs/>
        </w:rPr>
        <w:t xml:space="preserve">S TO </w:t>
      </w:r>
      <w:r w:rsidR="00381237" w:rsidRPr="00852E7D">
        <w:rPr>
          <w:i/>
          <w:iCs/>
          <w:highlight w:val="yellow"/>
        </w:rPr>
        <w:t>RANK/NAME</w:t>
      </w:r>
      <w:r w:rsidR="004864CD">
        <w:rPr>
          <w:i/>
          <w:iCs/>
        </w:rPr>
        <w:t>)</w:t>
      </w:r>
    </w:p>
    <w:p w14:paraId="0F8A6302" w14:textId="28BE31E6" w:rsidR="0049123E" w:rsidRPr="0086433A" w:rsidRDefault="004864CD" w:rsidP="00203C05">
      <w:pPr>
        <w:spacing w:after="0" w:line="480" w:lineRule="auto"/>
        <w:rPr>
          <w:i/>
          <w:iCs/>
        </w:rPr>
      </w:pPr>
      <w:r>
        <w:rPr>
          <w:i/>
          <w:iCs/>
        </w:rPr>
        <w:lastRenderedPageBreak/>
        <w:t xml:space="preserve">  (</w:t>
      </w:r>
      <w:r w:rsidR="00852E7D">
        <w:rPr>
          <w:i/>
          <w:iCs/>
        </w:rPr>
        <w:t>COVER IS PLACED</w:t>
      </w:r>
      <w:r w:rsidR="00483A4C" w:rsidRPr="0086433A">
        <w:rPr>
          <w:i/>
          <w:iCs/>
        </w:rPr>
        <w:t xml:space="preserve"> ON THE TABLE)</w:t>
      </w:r>
    </w:p>
    <w:p w14:paraId="7045247A" w14:textId="71A957C3" w:rsidR="00833A48" w:rsidRPr="0014156E" w:rsidRDefault="00483A4C" w:rsidP="00203C05">
      <w:pPr>
        <w:spacing w:after="0" w:line="480" w:lineRule="auto"/>
        <w:rPr>
          <w:u w:val="single"/>
        </w:rPr>
      </w:pPr>
      <w:r w:rsidRPr="0014156E">
        <w:rPr>
          <w:u w:val="single"/>
        </w:rPr>
        <w:t>PASSING THE</w:t>
      </w:r>
      <w:r w:rsidR="009B7494">
        <w:rPr>
          <w:u w:val="single"/>
        </w:rPr>
        <w:t xml:space="preserve"> INSIGNIA</w:t>
      </w:r>
      <w:r w:rsidR="005E20E5">
        <w:rPr>
          <w:u w:val="single"/>
        </w:rPr>
        <w:t>S</w:t>
      </w:r>
    </w:p>
    <w:p w14:paraId="0C9C17D8" w14:textId="77777777" w:rsidR="006D5456" w:rsidRDefault="00483A4C" w:rsidP="00203C05">
      <w:pPr>
        <w:spacing w:after="0" w:line="480" w:lineRule="auto"/>
      </w:pPr>
      <w:r>
        <w:t>MC:</w:t>
      </w:r>
      <w:r>
        <w:tab/>
        <w:t>“IN KEEPING WITH NAVAL TRADITION, IT IS CUSTOMARY FOR A NEWLY</w:t>
      </w:r>
    </w:p>
    <w:p w14:paraId="27955BA0" w14:textId="5B4B7808" w:rsidR="00833A48" w:rsidRDefault="000664B6" w:rsidP="00203C05">
      <w:pPr>
        <w:spacing w:after="0" w:line="480" w:lineRule="auto"/>
        <w:ind w:left="720"/>
      </w:pPr>
      <w:r>
        <w:t>COMMISSION</w:t>
      </w:r>
      <w:r w:rsidR="00AC3A22">
        <w:t>ED</w:t>
      </w:r>
      <w:r w:rsidR="00483A4C">
        <w:t xml:space="preserve"> OFFICER TO PASS DOWN </w:t>
      </w:r>
      <w:r w:rsidR="00483A4C" w:rsidRPr="00BE4810">
        <w:rPr>
          <w:highlight w:val="yellow"/>
        </w:rPr>
        <w:t>HIS</w:t>
      </w:r>
      <w:r w:rsidR="00AC3A22" w:rsidRPr="00BE4810">
        <w:rPr>
          <w:highlight w:val="yellow"/>
        </w:rPr>
        <w:t>/HER</w:t>
      </w:r>
      <w:r w:rsidR="00483A4C" w:rsidRPr="00D35D2F">
        <w:rPr>
          <w:color w:val="FF0000"/>
        </w:rPr>
        <w:t xml:space="preserve"> </w:t>
      </w:r>
      <w:r w:rsidR="00575D52">
        <w:t>INSIGNIA</w:t>
      </w:r>
      <w:r w:rsidR="00483A4C" w:rsidRPr="00D35D2F">
        <w:rPr>
          <w:color w:val="FF0000"/>
        </w:rPr>
        <w:t xml:space="preserve"> </w:t>
      </w:r>
      <w:r w:rsidR="00483A4C">
        <w:t xml:space="preserve">TO A PERSON, OR PERSONS, WHOM </w:t>
      </w:r>
      <w:r w:rsidR="00483A4C" w:rsidRPr="00AC3A22">
        <w:rPr>
          <w:highlight w:val="yellow"/>
        </w:rPr>
        <w:t>HE</w:t>
      </w:r>
      <w:r w:rsidR="00AC3A22" w:rsidRPr="00AC3A22">
        <w:rPr>
          <w:highlight w:val="yellow"/>
        </w:rPr>
        <w:t>/SHE</w:t>
      </w:r>
      <w:r w:rsidR="00483A4C">
        <w:t xml:space="preserve"> BELIEVES IS READY FOR ADVANCEMENT.”</w:t>
      </w:r>
    </w:p>
    <w:p w14:paraId="047D22A5" w14:textId="77777777" w:rsidR="00034C98" w:rsidRDefault="00483A4C" w:rsidP="00203C05">
      <w:pPr>
        <w:spacing w:after="0" w:line="480" w:lineRule="auto"/>
      </w:pPr>
      <w:r>
        <w:t>MC:</w:t>
      </w:r>
      <w:r>
        <w:tab/>
        <w:t>“THIS SYMBOLIC GESTURE IMPLIES THAT THESE SAILORS ARE</w:t>
      </w:r>
    </w:p>
    <w:p w14:paraId="27E8D3FB" w14:textId="69C8B946" w:rsidR="00833A48" w:rsidRDefault="00483A4C" w:rsidP="00203C05">
      <w:pPr>
        <w:spacing w:after="0" w:line="480" w:lineRule="auto"/>
        <w:ind w:left="720"/>
      </w:pPr>
      <w:r>
        <w:t xml:space="preserve">RECOGNIZED TO POSSESS THE LEADERSHIP ABILITY, INTEGRITY, AND CHARACTER NECESSARY TO LEAD AS A </w:t>
      </w:r>
      <w:r w:rsidRPr="00391056">
        <w:rPr>
          <w:highlight w:val="yellow"/>
        </w:rPr>
        <w:t>CHIEF PETTY OFFICER</w:t>
      </w:r>
      <w:r w:rsidR="00391056" w:rsidRPr="00391056">
        <w:rPr>
          <w:highlight w:val="yellow"/>
        </w:rPr>
        <w:t>/FIRST CLASS PETTY OFFICER</w:t>
      </w:r>
      <w:r w:rsidRPr="00391056">
        <w:rPr>
          <w:highlight w:val="yellow"/>
        </w:rPr>
        <w:t>.”</w:t>
      </w:r>
    </w:p>
    <w:p w14:paraId="2A190945" w14:textId="76B38DB1" w:rsidR="00833A48" w:rsidRDefault="00483A4C" w:rsidP="00203C05">
      <w:pPr>
        <w:spacing w:after="0" w:line="480" w:lineRule="auto"/>
      </w:pPr>
      <w:r>
        <w:t>MC:</w:t>
      </w:r>
      <w:r>
        <w:tab/>
        <w:t>“</w:t>
      </w:r>
      <w:r w:rsidRPr="00B800DD">
        <w:rPr>
          <w:highlight w:val="yellow"/>
        </w:rPr>
        <w:t>PE</w:t>
      </w:r>
      <w:r w:rsidR="00EB28DE" w:rsidRPr="00B800DD">
        <w:rPr>
          <w:highlight w:val="yellow"/>
        </w:rPr>
        <w:t>RSON/PERSONS</w:t>
      </w:r>
      <w:r w:rsidR="00E450B1" w:rsidRPr="00B800DD">
        <w:rPr>
          <w:highlight w:val="yellow"/>
        </w:rPr>
        <w:t xml:space="preserve"> RECEIVING </w:t>
      </w:r>
      <w:r w:rsidR="009F13C2">
        <w:t>INSIGNIA</w:t>
      </w:r>
      <w:r w:rsidR="00B800DD">
        <w:t>,</w:t>
      </w:r>
      <w:r>
        <w:t xml:space="preserve"> FRONT AND CENTER.”</w:t>
      </w:r>
    </w:p>
    <w:p w14:paraId="0A80D3B0" w14:textId="4491CEFA" w:rsidR="00B834AC" w:rsidRPr="0086433A" w:rsidRDefault="006217C9" w:rsidP="00203C05">
      <w:pPr>
        <w:spacing w:after="0" w:line="480" w:lineRule="auto"/>
        <w:rPr>
          <w:i/>
          <w:iCs/>
        </w:rPr>
      </w:pPr>
      <w:r>
        <w:t xml:space="preserve">  </w:t>
      </w:r>
      <w:r w:rsidR="00483A4C" w:rsidRPr="0086433A">
        <w:rPr>
          <w:i/>
          <w:iCs/>
        </w:rPr>
        <w:t>(</w:t>
      </w:r>
      <w:r w:rsidR="00A21E4E">
        <w:rPr>
          <w:i/>
          <w:iCs/>
        </w:rPr>
        <w:t>MEMBER</w:t>
      </w:r>
      <w:r>
        <w:rPr>
          <w:i/>
          <w:iCs/>
        </w:rPr>
        <w:t>(</w:t>
      </w:r>
      <w:r w:rsidR="005641CF">
        <w:rPr>
          <w:i/>
          <w:iCs/>
        </w:rPr>
        <w:t>S</w:t>
      </w:r>
      <w:r>
        <w:rPr>
          <w:i/>
          <w:iCs/>
        </w:rPr>
        <w:t>)</w:t>
      </w:r>
      <w:r w:rsidR="005641CF">
        <w:rPr>
          <w:i/>
          <w:iCs/>
        </w:rPr>
        <w:t xml:space="preserve"> </w:t>
      </w:r>
      <w:r w:rsidR="00483A4C" w:rsidRPr="0086433A">
        <w:rPr>
          <w:i/>
          <w:iCs/>
        </w:rPr>
        <w:t xml:space="preserve">RECEIVES </w:t>
      </w:r>
      <w:r w:rsidR="009F13C2">
        <w:rPr>
          <w:i/>
          <w:iCs/>
        </w:rPr>
        <w:t>INSIGNIA</w:t>
      </w:r>
      <w:r w:rsidR="00883716">
        <w:rPr>
          <w:i/>
          <w:iCs/>
        </w:rPr>
        <w:t>S</w:t>
      </w:r>
      <w:r w:rsidR="005641CF">
        <w:rPr>
          <w:i/>
          <w:iCs/>
        </w:rPr>
        <w:t>, SHAKE HANDS, AND ARE SEATED</w:t>
      </w:r>
      <w:r w:rsidR="00483A4C" w:rsidRPr="0086433A">
        <w:rPr>
          <w:i/>
          <w:iCs/>
        </w:rPr>
        <w:t>)</w:t>
      </w:r>
    </w:p>
    <w:p w14:paraId="2100F9E0" w14:textId="295A69E6" w:rsidR="00833A48" w:rsidRPr="0049123E" w:rsidRDefault="007F1C80" w:rsidP="00203C05">
      <w:pPr>
        <w:spacing w:after="0" w:line="480" w:lineRule="auto"/>
        <w:rPr>
          <w:u w:val="single"/>
        </w:rPr>
      </w:pPr>
      <w:r>
        <w:rPr>
          <w:u w:val="single"/>
        </w:rPr>
        <w:t xml:space="preserve">READING OF THE </w:t>
      </w:r>
      <w:r w:rsidRPr="0049123E">
        <w:rPr>
          <w:u w:val="single"/>
        </w:rPr>
        <w:t>MUSTANG CREED</w:t>
      </w:r>
    </w:p>
    <w:p w14:paraId="4EA257A4" w14:textId="286BBE0D" w:rsidR="00D42F89" w:rsidRDefault="00483A4C" w:rsidP="00203C05">
      <w:pPr>
        <w:spacing w:after="0" w:line="480" w:lineRule="auto"/>
      </w:pPr>
      <w:r>
        <w:t>MC:</w:t>
      </w:r>
      <w:r>
        <w:tab/>
        <w:t>“</w:t>
      </w:r>
      <w:r w:rsidR="003821AC" w:rsidRPr="003821AC">
        <w:rPr>
          <w:highlight w:val="yellow"/>
        </w:rPr>
        <w:t>RANK/NAME</w:t>
      </w:r>
      <w:r>
        <w:t xml:space="preserve"> WILL NOW READ THE</w:t>
      </w:r>
      <w:r w:rsidR="00CD36A5">
        <w:t xml:space="preserve"> MUSTANG</w:t>
      </w:r>
      <w:r>
        <w:t xml:space="preserve"> CREED.”</w:t>
      </w:r>
    </w:p>
    <w:p w14:paraId="0AFBF754" w14:textId="77777777" w:rsidR="004837B8" w:rsidRDefault="00483A4C" w:rsidP="00203C05">
      <w:pPr>
        <w:spacing w:after="0" w:line="480" w:lineRule="auto"/>
        <w:rPr>
          <w:u w:val="single"/>
        </w:rPr>
      </w:pPr>
      <w:r w:rsidRPr="0014156E">
        <w:rPr>
          <w:u w:val="single"/>
        </w:rPr>
        <w:t>MUSTANG CREED</w:t>
      </w:r>
    </w:p>
    <w:p w14:paraId="1D663DED" w14:textId="77777777" w:rsidR="00FE7A32" w:rsidRDefault="00FE7A32" w:rsidP="00203C05">
      <w:pPr>
        <w:spacing w:after="0" w:line="480" w:lineRule="auto"/>
      </w:pPr>
      <w:r>
        <w:t>SP:</w:t>
      </w:r>
      <w:r>
        <w:tab/>
      </w:r>
      <w:r w:rsidR="00CA4B6A">
        <w:t>“</w:t>
      </w:r>
      <w:r w:rsidR="00CA4B6A" w:rsidRPr="00D5032E">
        <w:t>THOUGH NEWLY CODIFIED, THIS CREED REFLECTS GENERATIONS OF</w:t>
      </w:r>
    </w:p>
    <w:p w14:paraId="7DE69914" w14:textId="6031045D" w:rsidR="00D5032E" w:rsidRPr="004837B8" w:rsidRDefault="00CA4B6A" w:rsidP="00203C05">
      <w:pPr>
        <w:spacing w:after="0" w:line="480" w:lineRule="auto"/>
        <w:ind w:firstLine="720"/>
        <w:rPr>
          <w:u w:val="single"/>
        </w:rPr>
      </w:pPr>
      <w:r w:rsidRPr="00D5032E">
        <w:t>FORGED MUSTANG ETHOS:</w:t>
      </w:r>
    </w:p>
    <w:p w14:paraId="128B827D" w14:textId="64AAAA3A" w:rsidR="00D5032E" w:rsidRPr="00D5032E" w:rsidRDefault="00CA4B6A" w:rsidP="00203C05">
      <w:pPr>
        <w:spacing w:after="0" w:line="480" w:lineRule="auto"/>
        <w:ind w:firstLine="720"/>
      </w:pPr>
      <w:r w:rsidRPr="00D5032E">
        <w:rPr>
          <w:b/>
          <w:bCs/>
          <w:i/>
          <w:iCs/>
        </w:rPr>
        <w:t>I AM A UNITED STATES NAVAL OFFICER, HAVING EARNED THE TITLE OF “MUSTANG” THROUGH TECHNICAL AND TACTICAL PROFICIENCY WHILE RISING FROM THE ENLISTED RANKS.</w:t>
      </w:r>
    </w:p>
    <w:p w14:paraId="0D19B062" w14:textId="544CEEA1" w:rsidR="00D5032E" w:rsidRPr="00D5032E" w:rsidRDefault="00CA4B6A" w:rsidP="00203C05">
      <w:pPr>
        <w:spacing w:after="0" w:line="480" w:lineRule="auto"/>
        <w:ind w:firstLine="720"/>
      </w:pPr>
      <w:r w:rsidRPr="00D5032E">
        <w:rPr>
          <w:b/>
          <w:bCs/>
          <w:i/>
          <w:iCs/>
        </w:rPr>
        <w:t>I AM CHARGED WITH UPHOLDING THE HIGHEST STANDARDS OF NAVAL SERVICE AND LEADING SAILORS TO EXECUTE THE MISSION. I SET THE EXAMPLE FOR OTHERS TO EMULATE. I MENTOR AND INVEST IN MY TEAM, FORGING SAILORS WHO ARE TRAINED, READY, AND MISSION CAPABLE.</w:t>
      </w:r>
    </w:p>
    <w:p w14:paraId="308DB71F" w14:textId="77777777" w:rsidR="00AA2E2E" w:rsidRDefault="00AA2E2E" w:rsidP="00203C05">
      <w:pPr>
        <w:spacing w:after="0" w:line="480" w:lineRule="auto"/>
        <w:rPr>
          <w:b/>
          <w:bCs/>
          <w:i/>
          <w:iCs/>
        </w:rPr>
      </w:pPr>
    </w:p>
    <w:p w14:paraId="2D905135" w14:textId="0602B2B0" w:rsidR="00D5032E" w:rsidRPr="00D5032E" w:rsidRDefault="00CA4B6A" w:rsidP="00203C05">
      <w:pPr>
        <w:spacing w:after="0" w:line="480" w:lineRule="auto"/>
        <w:ind w:firstLine="720"/>
      </w:pPr>
      <w:r w:rsidRPr="00D5032E">
        <w:rPr>
          <w:b/>
          <w:bCs/>
          <w:i/>
          <w:iCs/>
        </w:rPr>
        <w:t>I BRING THE DECKPLATE PERSPECTIVE TO THE WARDROOM. I TRANSLATE COMMANDER</w:t>
      </w:r>
      <w:r w:rsidR="005E20E5">
        <w:rPr>
          <w:b/>
          <w:bCs/>
          <w:i/>
          <w:iCs/>
        </w:rPr>
        <w:t>’</w:t>
      </w:r>
      <w:r w:rsidRPr="00D5032E">
        <w:rPr>
          <w:b/>
          <w:bCs/>
          <w:i/>
          <w:iCs/>
        </w:rPr>
        <w:t>S INTENT INTO PRACTICAL SOLUTIONS GROUNDED IN HARD-EARNED EXPERIENCE. I PROVIDE MY COMMANDING OFFICER WITH THE CANDID, TECHNICALLY SOUND ADVICE REQUIRED TO DRIVE MISSION SUCCESS.</w:t>
      </w:r>
    </w:p>
    <w:p w14:paraId="14881B2C" w14:textId="1CEBC0DB" w:rsidR="00D5032E" w:rsidRPr="00D5032E" w:rsidRDefault="00AA2E2E" w:rsidP="00203C05">
      <w:pPr>
        <w:spacing w:after="0" w:line="480" w:lineRule="auto"/>
      </w:pPr>
      <w:r>
        <w:rPr>
          <w:b/>
          <w:bCs/>
          <w:i/>
          <w:iCs/>
        </w:rPr>
        <w:tab/>
      </w:r>
      <w:r w:rsidR="00CA4B6A" w:rsidRPr="00D5032E">
        <w:rPr>
          <w:b/>
          <w:bCs/>
          <w:i/>
          <w:iCs/>
        </w:rPr>
        <w:t>IT IS MY DUTY TO LEAD WITH PURPOSE, BUILD UNIT COHESION, AND DEMAND EXCELLENCE. I WILL RELENTLESSLY DEVELOP MYSELF AND THOSE I LEAD. I WILL ENSURE OUR NAVY REMAINS THE FINEST TRAINED AND ALWAYS READY.</w:t>
      </w:r>
    </w:p>
    <w:p w14:paraId="4487344F" w14:textId="3CE1C2CA" w:rsidR="00D5032E" w:rsidRPr="00D5032E" w:rsidRDefault="00CA4B6A" w:rsidP="00203C05">
      <w:pPr>
        <w:spacing w:after="0" w:line="480" w:lineRule="auto"/>
        <w:ind w:firstLine="720"/>
      </w:pPr>
      <w:r w:rsidRPr="00D5032E">
        <w:rPr>
          <w:b/>
          <w:bCs/>
          <w:i/>
          <w:iCs/>
        </w:rPr>
        <w:t>I AM A MUSTANG. I LEAD THE CHARGE.</w:t>
      </w:r>
      <w:r w:rsidR="00676C0C">
        <w:rPr>
          <w:b/>
          <w:bCs/>
          <w:i/>
          <w:iCs/>
        </w:rPr>
        <w:t>”</w:t>
      </w:r>
    </w:p>
    <w:p w14:paraId="7BBC5B5A" w14:textId="77777777" w:rsidR="00E3652D" w:rsidRDefault="0060681B" w:rsidP="00203C05">
      <w:pPr>
        <w:spacing w:after="0" w:line="480" w:lineRule="auto"/>
      </w:pPr>
      <w:r>
        <w:t>SP:</w:t>
      </w:r>
      <w:r>
        <w:tab/>
        <w:t>“</w:t>
      </w:r>
      <w:r w:rsidR="00CA4B6A" w:rsidRPr="00D5032E">
        <w:t>THIS CREED IS OUR MANDATE. IT AFFIRMS WHO WE ARE, WHAT WE</w:t>
      </w:r>
    </w:p>
    <w:p w14:paraId="6455EC0C" w14:textId="04099352" w:rsidR="00833A48" w:rsidRDefault="00CA4B6A" w:rsidP="00203C05">
      <w:pPr>
        <w:spacing w:after="0" w:line="480" w:lineRule="auto"/>
        <w:ind w:left="720"/>
      </w:pPr>
      <w:r w:rsidRPr="00D5032E">
        <w:t>STAND FOR, AND THE SACRED TRUST WE SHARE WITH THOSE WE LEAD. IT CEMENTS OUR PLACE IN NAVAL TRADITION: EQUAL PARTS WARRIOR, MENTOR, AND TACTICIAN.</w:t>
      </w:r>
      <w:r w:rsidR="00721280">
        <w:t>”</w:t>
      </w:r>
    </w:p>
    <w:p w14:paraId="2E385363" w14:textId="307F69BB" w:rsidR="0014156E" w:rsidRDefault="00483A4C" w:rsidP="00203C05">
      <w:pPr>
        <w:spacing w:after="0" w:line="480" w:lineRule="auto"/>
      </w:pPr>
      <w:r>
        <w:t>MC:</w:t>
      </w:r>
      <w:r>
        <w:tab/>
        <w:t xml:space="preserve">“THANK YOU </w:t>
      </w:r>
      <w:r w:rsidR="007C2277" w:rsidRPr="004837B8">
        <w:rPr>
          <w:highlight w:val="yellow"/>
        </w:rPr>
        <w:t>RANK/NAME</w:t>
      </w:r>
      <w:r w:rsidRPr="004837B8">
        <w:rPr>
          <w:highlight w:val="yellow"/>
        </w:rPr>
        <w:t>.</w:t>
      </w:r>
      <w:r w:rsidRPr="00676C0C">
        <w:t>”</w:t>
      </w:r>
    </w:p>
    <w:p w14:paraId="66BD1032" w14:textId="61F43BDC" w:rsidR="00833A48" w:rsidRPr="0014156E" w:rsidRDefault="00483A4C" w:rsidP="00203C05">
      <w:pPr>
        <w:spacing w:after="0" w:line="480" w:lineRule="auto"/>
        <w:rPr>
          <w:u w:val="single"/>
        </w:rPr>
      </w:pPr>
      <w:r w:rsidRPr="0014156E">
        <w:rPr>
          <w:u w:val="single"/>
        </w:rPr>
        <w:t xml:space="preserve">PLACEMENT OF </w:t>
      </w:r>
      <w:r w:rsidR="005E20E5">
        <w:rPr>
          <w:u w:val="single"/>
        </w:rPr>
        <w:t>INSIGNIAS</w:t>
      </w:r>
      <w:r w:rsidRPr="0014156E">
        <w:rPr>
          <w:u w:val="single"/>
        </w:rPr>
        <w:t xml:space="preserve"> AND COVER</w:t>
      </w:r>
    </w:p>
    <w:p w14:paraId="7E234DEA" w14:textId="2273954F" w:rsidR="00833A48" w:rsidRDefault="00483A4C" w:rsidP="00203C05">
      <w:pPr>
        <w:spacing w:after="0" w:line="480" w:lineRule="auto"/>
      </w:pPr>
      <w:r>
        <w:t>MC:</w:t>
      </w:r>
      <w:r>
        <w:tab/>
        <w:t>“</w:t>
      </w:r>
      <w:r w:rsidR="00B5764C" w:rsidRPr="0032078E">
        <w:rPr>
          <w:highlight w:val="yellow"/>
        </w:rPr>
        <w:t>NAME</w:t>
      </w:r>
      <w:r w:rsidR="001D4439">
        <w:rPr>
          <w:highlight w:val="yellow"/>
        </w:rPr>
        <w:t>(S)</w:t>
      </w:r>
      <w:r>
        <w:t xml:space="preserve"> WILL</w:t>
      </w:r>
      <w:r w:rsidR="002369BE">
        <w:t xml:space="preserve"> NOW</w:t>
      </w:r>
      <w:r>
        <w:t xml:space="preserve"> AFFIX </w:t>
      </w:r>
      <w:r w:rsidRPr="00292EED">
        <w:rPr>
          <w:highlight w:val="yellow"/>
        </w:rPr>
        <w:t>HIS</w:t>
      </w:r>
      <w:r w:rsidR="00B5764C" w:rsidRPr="00292EED">
        <w:rPr>
          <w:highlight w:val="yellow"/>
        </w:rPr>
        <w:t>/HER</w:t>
      </w:r>
      <w:r>
        <w:t xml:space="preserve"> </w:t>
      </w:r>
      <w:r w:rsidR="005E20E5">
        <w:t>INSIGNIAS</w:t>
      </w:r>
      <w:r>
        <w:t xml:space="preserve">, </w:t>
      </w:r>
      <w:r w:rsidR="00A00356">
        <w:t xml:space="preserve">AND </w:t>
      </w:r>
      <w:r w:rsidR="00A00356" w:rsidRPr="00A00356">
        <w:rPr>
          <w:highlight w:val="yellow"/>
        </w:rPr>
        <w:t>NAME</w:t>
      </w:r>
      <w:r>
        <w:t xml:space="preserve"> WILL PLACE </w:t>
      </w:r>
      <w:r w:rsidR="0014284D">
        <w:t xml:space="preserve">ON </w:t>
      </w:r>
      <w:r>
        <w:t>THE OFFICER’S COVER</w:t>
      </w:r>
      <w:r w:rsidR="002F0F4E">
        <w:t>.</w:t>
      </w:r>
      <w:r>
        <w:t>”</w:t>
      </w:r>
    </w:p>
    <w:p w14:paraId="2B70FE99" w14:textId="7EAF2EFD" w:rsidR="00833A48" w:rsidRPr="00E80BEB" w:rsidRDefault="00FB3692" w:rsidP="00203C05">
      <w:pPr>
        <w:spacing w:after="0" w:line="480" w:lineRule="auto"/>
        <w:rPr>
          <w:i/>
          <w:iCs/>
        </w:rPr>
      </w:pPr>
      <w:r>
        <w:t xml:space="preserve">  </w:t>
      </w:r>
      <w:r w:rsidR="00483A4C" w:rsidRPr="00E80BEB">
        <w:rPr>
          <w:i/>
          <w:iCs/>
        </w:rPr>
        <w:t>(MEMBERS ESCORTED TO THE FRONT BY USHERS)</w:t>
      </w:r>
    </w:p>
    <w:p w14:paraId="37CD011E" w14:textId="501888D4" w:rsidR="00293497" w:rsidRDefault="00FB3692" w:rsidP="00203C05">
      <w:pPr>
        <w:spacing w:after="0" w:line="480" w:lineRule="auto"/>
        <w:rPr>
          <w:i/>
          <w:iCs/>
        </w:rPr>
      </w:pPr>
      <w:r>
        <w:t xml:space="preserve">  </w:t>
      </w:r>
      <w:r w:rsidR="00483A4C" w:rsidRPr="00E80BEB">
        <w:rPr>
          <w:i/>
          <w:iCs/>
        </w:rPr>
        <w:t>(</w:t>
      </w:r>
      <w:r w:rsidR="008E16AA" w:rsidRPr="00EF034A">
        <w:rPr>
          <w:i/>
          <w:iCs/>
          <w:highlight w:val="yellow"/>
        </w:rPr>
        <w:t>NAME</w:t>
      </w:r>
      <w:r w:rsidR="001D4439">
        <w:rPr>
          <w:i/>
          <w:iCs/>
          <w:highlight w:val="yellow"/>
        </w:rPr>
        <w:t>(S)</w:t>
      </w:r>
      <w:r w:rsidR="00483A4C" w:rsidRPr="00E80BEB">
        <w:rPr>
          <w:i/>
          <w:iCs/>
        </w:rPr>
        <w:t xml:space="preserve"> WILL </w:t>
      </w:r>
      <w:r w:rsidR="006D0FC9">
        <w:rPr>
          <w:i/>
          <w:iCs/>
        </w:rPr>
        <w:t xml:space="preserve">AFFIX </w:t>
      </w:r>
      <w:r w:rsidR="00AF321E">
        <w:rPr>
          <w:i/>
          <w:iCs/>
        </w:rPr>
        <w:t>INSIGNIA</w:t>
      </w:r>
      <w:r w:rsidR="006D0FC9">
        <w:rPr>
          <w:i/>
          <w:iCs/>
        </w:rPr>
        <w:t xml:space="preserve">S AND </w:t>
      </w:r>
      <w:r w:rsidR="00AF2A59" w:rsidRPr="00251DC9">
        <w:rPr>
          <w:i/>
          <w:iCs/>
          <w:highlight w:val="yellow"/>
        </w:rPr>
        <w:t>NAME</w:t>
      </w:r>
      <w:r w:rsidR="00483A4C" w:rsidRPr="00E80BEB">
        <w:rPr>
          <w:i/>
          <w:iCs/>
        </w:rPr>
        <w:t xml:space="preserve"> PLACE</w:t>
      </w:r>
      <w:r w:rsidR="0014284D">
        <w:rPr>
          <w:i/>
          <w:iCs/>
        </w:rPr>
        <w:t>S ON</w:t>
      </w:r>
      <w:r w:rsidR="00265A52">
        <w:rPr>
          <w:i/>
          <w:iCs/>
        </w:rPr>
        <w:t xml:space="preserve"> </w:t>
      </w:r>
      <w:r w:rsidR="0014284D">
        <w:rPr>
          <w:i/>
          <w:iCs/>
        </w:rPr>
        <w:t xml:space="preserve">THE </w:t>
      </w:r>
      <w:r w:rsidR="0014284D" w:rsidRPr="00E80BEB">
        <w:rPr>
          <w:i/>
          <w:iCs/>
        </w:rPr>
        <w:t>COVER</w:t>
      </w:r>
      <w:r w:rsidR="00293497">
        <w:rPr>
          <w:i/>
          <w:iCs/>
        </w:rPr>
        <w:t>)</w:t>
      </w:r>
    </w:p>
    <w:p w14:paraId="04F7E18A" w14:textId="6E813BF6" w:rsidR="00CC7383" w:rsidRDefault="00293497" w:rsidP="00203C05">
      <w:pPr>
        <w:spacing w:after="0" w:line="480" w:lineRule="auto"/>
      </w:pPr>
      <w:r>
        <w:rPr>
          <w:i/>
          <w:iCs/>
        </w:rPr>
        <w:t xml:space="preserve">  (</w:t>
      </w:r>
      <w:r w:rsidR="00B27568">
        <w:rPr>
          <w:i/>
          <w:iCs/>
        </w:rPr>
        <w:t xml:space="preserve">MEMBERS </w:t>
      </w:r>
      <w:r w:rsidR="00342482">
        <w:rPr>
          <w:i/>
          <w:iCs/>
        </w:rPr>
        <w:t>ESCORTED BACK TO THEIR SEATS</w:t>
      </w:r>
      <w:r w:rsidR="00483A4C" w:rsidRPr="00E80BEB">
        <w:rPr>
          <w:i/>
          <w:iCs/>
        </w:rPr>
        <w:t>)</w:t>
      </w:r>
    </w:p>
    <w:p w14:paraId="116AD245" w14:textId="77777777" w:rsidR="001D4439" w:rsidRPr="001D4439" w:rsidRDefault="001D4439" w:rsidP="00203C05">
      <w:pPr>
        <w:spacing w:after="0" w:line="480" w:lineRule="auto"/>
      </w:pPr>
    </w:p>
    <w:p w14:paraId="4DC75238" w14:textId="289B4F56" w:rsidR="00833A48" w:rsidRPr="0014156E" w:rsidRDefault="00483A4C" w:rsidP="00203C05">
      <w:pPr>
        <w:spacing w:after="0" w:line="480" w:lineRule="auto"/>
        <w:rPr>
          <w:u w:val="single"/>
        </w:rPr>
      </w:pPr>
      <w:r w:rsidRPr="0014156E">
        <w:rPr>
          <w:u w:val="single"/>
        </w:rPr>
        <w:lastRenderedPageBreak/>
        <w:t>OATH OF OFFICE</w:t>
      </w:r>
    </w:p>
    <w:p w14:paraId="5331BA66" w14:textId="7A832BBC" w:rsidR="00CD2882" w:rsidRDefault="00483A4C" w:rsidP="00203C05">
      <w:pPr>
        <w:spacing w:after="0" w:line="480" w:lineRule="auto"/>
      </w:pPr>
      <w:r>
        <w:t>MC:</w:t>
      </w:r>
      <w:r>
        <w:tab/>
      </w:r>
      <w:r w:rsidR="00676C0C">
        <w:t>“</w:t>
      </w:r>
      <w:r>
        <w:t xml:space="preserve">LADIES AND GENTLEMEN, </w:t>
      </w:r>
      <w:r w:rsidR="005F649D">
        <w:rPr>
          <w:highlight w:val="yellow"/>
        </w:rPr>
        <w:t>COMMISSIONING</w:t>
      </w:r>
      <w:r w:rsidR="00B21D8C" w:rsidRPr="00C874F6">
        <w:rPr>
          <w:highlight w:val="yellow"/>
        </w:rPr>
        <w:t xml:space="preserve"> OFFICER</w:t>
      </w:r>
      <w:r w:rsidR="00044746">
        <w:t xml:space="preserve"> WILL NOW</w:t>
      </w:r>
    </w:p>
    <w:p w14:paraId="7C92C894" w14:textId="77777777" w:rsidR="00CD2882" w:rsidRDefault="00044746" w:rsidP="00203C05">
      <w:pPr>
        <w:spacing w:after="0" w:line="480" w:lineRule="auto"/>
        <w:ind w:firstLine="720"/>
      </w:pPr>
      <w:r>
        <w:t xml:space="preserve">ADMINISTER THE </w:t>
      </w:r>
      <w:r w:rsidR="00CD2882">
        <w:t>OFFICER’S</w:t>
      </w:r>
      <w:r>
        <w:t xml:space="preserve"> OATH</w:t>
      </w:r>
      <w:r w:rsidR="00C874F6">
        <w:t xml:space="preserve"> OFFICE.  WILL THE GUESTS PLEASE</w:t>
      </w:r>
    </w:p>
    <w:p w14:paraId="72AA0F39" w14:textId="2625CE2D" w:rsidR="00833A48" w:rsidRDefault="00C874F6" w:rsidP="00203C05">
      <w:pPr>
        <w:spacing w:after="0" w:line="480" w:lineRule="auto"/>
        <w:ind w:firstLine="720"/>
      </w:pPr>
      <w:r>
        <w:t>RISE</w:t>
      </w:r>
      <w:r w:rsidR="00483A4C">
        <w:t>.”</w:t>
      </w:r>
    </w:p>
    <w:p w14:paraId="12A68F95" w14:textId="46AB3BCE" w:rsidR="00833A48" w:rsidRDefault="00483A4C" w:rsidP="00203C05">
      <w:pPr>
        <w:spacing w:after="0" w:line="480" w:lineRule="auto"/>
      </w:pPr>
      <w:r>
        <w:t>MC:</w:t>
      </w:r>
      <w:r>
        <w:tab/>
        <w:t>“MILITARY PERSONNEL, ATTENTION TO OATH.”</w:t>
      </w:r>
    </w:p>
    <w:p w14:paraId="1ADF0639" w14:textId="7BF0E040" w:rsidR="00833A48" w:rsidRPr="00E80BEB" w:rsidRDefault="00F2290C" w:rsidP="00203C05">
      <w:pPr>
        <w:spacing w:after="0" w:line="480" w:lineRule="auto"/>
        <w:rPr>
          <w:i/>
          <w:iCs/>
        </w:rPr>
      </w:pPr>
      <w:r>
        <w:t xml:space="preserve">  </w:t>
      </w:r>
      <w:r w:rsidR="00483A4C" w:rsidRPr="00E80BEB">
        <w:rPr>
          <w:i/>
          <w:iCs/>
        </w:rPr>
        <w:t>(</w:t>
      </w:r>
      <w:r w:rsidR="00F24136" w:rsidRPr="00F24136">
        <w:rPr>
          <w:i/>
          <w:iCs/>
          <w:highlight w:val="yellow"/>
        </w:rPr>
        <w:t>COMMISSIONING OFFIC</w:t>
      </w:r>
      <w:r w:rsidR="00DA640E">
        <w:rPr>
          <w:i/>
          <w:iCs/>
          <w:highlight w:val="yellow"/>
        </w:rPr>
        <w:t>ER</w:t>
      </w:r>
      <w:r w:rsidR="00F24136">
        <w:rPr>
          <w:i/>
          <w:iCs/>
        </w:rPr>
        <w:t xml:space="preserve"> </w:t>
      </w:r>
      <w:r w:rsidR="00483A4C" w:rsidRPr="00E80BEB">
        <w:rPr>
          <w:i/>
          <w:iCs/>
        </w:rPr>
        <w:t>ADMINISTERS THE OATH</w:t>
      </w:r>
      <w:r w:rsidR="00B834AC" w:rsidRPr="00E80BEB">
        <w:rPr>
          <w:i/>
          <w:iCs/>
        </w:rPr>
        <w:t xml:space="preserve"> OF OFFICE</w:t>
      </w:r>
      <w:r w:rsidR="00483A4C" w:rsidRPr="00E80BEB">
        <w:rPr>
          <w:i/>
          <w:iCs/>
        </w:rPr>
        <w:t>.)</w:t>
      </w:r>
    </w:p>
    <w:p w14:paraId="67F17FD5" w14:textId="77777777" w:rsidR="00CD2882" w:rsidRPr="00676C0C" w:rsidRDefault="005263F6" w:rsidP="00203C05">
      <w:pPr>
        <w:spacing w:after="0" w:line="480" w:lineRule="auto"/>
        <w:rPr>
          <w:b/>
          <w:bCs/>
        </w:rPr>
      </w:pPr>
      <w:r w:rsidRPr="005263F6">
        <w:t>SP</w:t>
      </w:r>
      <w:r w:rsidR="00F24136">
        <w:t>:</w:t>
      </w:r>
      <w:r>
        <w:tab/>
      </w:r>
      <w:r w:rsidR="00F24136" w:rsidRPr="00676C0C">
        <w:rPr>
          <w:b/>
          <w:bCs/>
        </w:rPr>
        <w:t xml:space="preserve">“I, </w:t>
      </w:r>
      <w:r w:rsidRPr="00676C0C">
        <w:rPr>
          <w:b/>
          <w:bCs/>
          <w:highlight w:val="yellow"/>
        </w:rPr>
        <w:t>GUEST OF HONOR’S N</w:t>
      </w:r>
      <w:r w:rsidR="00D703EB" w:rsidRPr="00676C0C">
        <w:rPr>
          <w:b/>
          <w:bCs/>
          <w:highlight w:val="yellow"/>
        </w:rPr>
        <w:t>AME</w:t>
      </w:r>
      <w:r w:rsidR="00F24136" w:rsidRPr="00676C0C">
        <w:rPr>
          <w:b/>
          <w:bCs/>
        </w:rPr>
        <w:t>, DO SOLEMNLY SWEAR THAT I WILL</w:t>
      </w:r>
    </w:p>
    <w:p w14:paraId="78FE69EF" w14:textId="36C1FE3F" w:rsidR="00833A48" w:rsidRPr="00676C0C" w:rsidRDefault="00F24136" w:rsidP="00203C05">
      <w:pPr>
        <w:spacing w:after="0" w:line="480" w:lineRule="auto"/>
        <w:ind w:left="720"/>
        <w:rPr>
          <w:b/>
          <w:bCs/>
        </w:rPr>
      </w:pPr>
      <w:r w:rsidRPr="00676C0C">
        <w:rPr>
          <w:b/>
          <w:bCs/>
        </w:rPr>
        <w:t>SUPPORT AND DEFEND THE CONSTITUTION OF THE UNITED STATES AGAINST ALL ENEMIES, FOREIGN AND DOMESTIC;</w:t>
      </w:r>
      <w:r w:rsidR="00B834AC" w:rsidRPr="00676C0C">
        <w:rPr>
          <w:b/>
          <w:bCs/>
        </w:rPr>
        <w:t xml:space="preserve"> </w:t>
      </w:r>
      <w:r w:rsidRPr="00676C0C">
        <w:rPr>
          <w:b/>
          <w:bCs/>
        </w:rPr>
        <w:t>THAT I WILL BEAR TRUE FAITH AND ALLEGIANCE TO THE SAME;</w:t>
      </w:r>
      <w:r w:rsidR="00B834AC" w:rsidRPr="00676C0C">
        <w:rPr>
          <w:b/>
          <w:bCs/>
        </w:rPr>
        <w:t xml:space="preserve"> </w:t>
      </w:r>
      <w:r w:rsidRPr="00676C0C">
        <w:rPr>
          <w:b/>
          <w:bCs/>
        </w:rPr>
        <w:t>THAT I TAKE THIS OBLIGATION FREELY, WITHOUT ANY MENTAL RESERVATION OR PURPOSE OF EVASION;</w:t>
      </w:r>
      <w:r w:rsidR="00B834AC" w:rsidRPr="00676C0C">
        <w:rPr>
          <w:b/>
          <w:bCs/>
        </w:rPr>
        <w:t xml:space="preserve"> </w:t>
      </w:r>
      <w:r w:rsidRPr="00676C0C">
        <w:rPr>
          <w:b/>
          <w:bCs/>
        </w:rPr>
        <w:t>AND THAT I WILL WELL AND FAITHFULLY DISCHARGE THE DUTIES OF THE OFFICE UPON WHICH I AM ABOUT TO ENTER, SO HELP ME GOD.”</w:t>
      </w:r>
    </w:p>
    <w:p w14:paraId="6C9CC637" w14:textId="77777777" w:rsidR="00CD2882" w:rsidRDefault="00483A4C" w:rsidP="00203C05">
      <w:pPr>
        <w:spacing w:after="0" w:line="480" w:lineRule="auto"/>
        <w:rPr>
          <w:highlight w:val="yellow"/>
        </w:rPr>
      </w:pPr>
      <w:r>
        <w:t>MC:</w:t>
      </w:r>
      <w:r>
        <w:tab/>
        <w:t xml:space="preserve">“LADIES AND GENTLEMEN, </w:t>
      </w:r>
      <w:r w:rsidRPr="00973926">
        <w:rPr>
          <w:highlight w:val="yellow"/>
        </w:rPr>
        <w:t>ENSIGN</w:t>
      </w:r>
      <w:r w:rsidR="00D703EB" w:rsidRPr="00973926">
        <w:rPr>
          <w:highlight w:val="yellow"/>
        </w:rPr>
        <w:t>/</w:t>
      </w:r>
      <w:r w:rsidR="00973926" w:rsidRPr="00973926">
        <w:rPr>
          <w:highlight w:val="yellow"/>
        </w:rPr>
        <w:t>CHIEF WARRANT OFFICER/WARRANT</w:t>
      </w:r>
    </w:p>
    <w:p w14:paraId="5332DCA0" w14:textId="7FDEBC70" w:rsidR="00833A48" w:rsidRDefault="00973926" w:rsidP="00203C05">
      <w:pPr>
        <w:spacing w:after="0" w:line="480" w:lineRule="auto"/>
        <w:ind w:firstLine="720"/>
      </w:pPr>
      <w:r w:rsidRPr="00973926">
        <w:rPr>
          <w:highlight w:val="yellow"/>
        </w:rPr>
        <w:t>OFFICER</w:t>
      </w:r>
      <w:r w:rsidR="00483A4C" w:rsidRPr="00973926">
        <w:rPr>
          <w:highlight w:val="yellow"/>
        </w:rPr>
        <w:t xml:space="preserve"> </w:t>
      </w:r>
      <w:r w:rsidR="00D703EB" w:rsidRPr="00973926">
        <w:rPr>
          <w:highlight w:val="yellow"/>
        </w:rPr>
        <w:t>N</w:t>
      </w:r>
      <w:r w:rsidR="00D703EB" w:rsidRPr="00D703EB">
        <w:rPr>
          <w:highlight w:val="yellow"/>
        </w:rPr>
        <w:t>AME</w:t>
      </w:r>
      <w:r w:rsidR="00483A4C">
        <w:t>!</w:t>
      </w:r>
      <w:r w:rsidR="00A67D3D">
        <w:t>”</w:t>
      </w:r>
    </w:p>
    <w:p w14:paraId="4717B6EF" w14:textId="77777777" w:rsidR="00CD2882" w:rsidRDefault="00483A4C" w:rsidP="00203C05">
      <w:pPr>
        <w:spacing w:after="0" w:line="480" w:lineRule="auto"/>
      </w:pPr>
      <w:r>
        <w:t>MC:</w:t>
      </w:r>
      <w:r>
        <w:tab/>
        <w:t>“</w:t>
      </w:r>
      <w:r w:rsidR="00FB33A6" w:rsidRPr="00FB33A6">
        <w:rPr>
          <w:highlight w:val="yellow"/>
        </w:rPr>
        <w:t>COMMIS</w:t>
      </w:r>
      <w:r w:rsidR="006F4281">
        <w:rPr>
          <w:highlight w:val="yellow"/>
        </w:rPr>
        <w:t>S</w:t>
      </w:r>
      <w:r w:rsidR="00FB33A6" w:rsidRPr="00FB33A6">
        <w:rPr>
          <w:highlight w:val="yellow"/>
        </w:rPr>
        <w:t>IONING OFFIC</w:t>
      </w:r>
      <w:r w:rsidR="003433D4">
        <w:rPr>
          <w:highlight w:val="yellow"/>
        </w:rPr>
        <w:t>ER</w:t>
      </w:r>
      <w:r>
        <w:t xml:space="preserve"> WILL NOW PRESENT THE CERTIFICATE OF</w:t>
      </w:r>
    </w:p>
    <w:p w14:paraId="6146C80E" w14:textId="73D1DAA5" w:rsidR="00833A48" w:rsidRDefault="0042654F" w:rsidP="00203C05">
      <w:pPr>
        <w:spacing w:after="0" w:line="480" w:lineRule="auto"/>
        <w:ind w:firstLine="720"/>
      </w:pPr>
      <w:r w:rsidRPr="00F50DB7">
        <w:rPr>
          <w:highlight w:val="yellow"/>
        </w:rPr>
        <w:t>COMMISSION</w:t>
      </w:r>
      <w:r w:rsidR="00F50DB7" w:rsidRPr="00F50DB7">
        <w:rPr>
          <w:highlight w:val="yellow"/>
        </w:rPr>
        <w:t>/APPOINTMENT</w:t>
      </w:r>
      <w:r w:rsidR="00483A4C">
        <w:t>.”</w:t>
      </w:r>
    </w:p>
    <w:p w14:paraId="5E8BF6B6" w14:textId="03A5FA87" w:rsidR="0014156E" w:rsidRPr="00E80BEB" w:rsidRDefault="00CD2882" w:rsidP="00203C05">
      <w:pPr>
        <w:spacing w:after="0" w:line="480" w:lineRule="auto"/>
        <w:rPr>
          <w:i/>
          <w:iCs/>
        </w:rPr>
      </w:pPr>
      <w:r>
        <w:t xml:space="preserve">  </w:t>
      </w:r>
      <w:r w:rsidR="00483A4C" w:rsidRPr="00E80BEB">
        <w:rPr>
          <w:i/>
          <w:iCs/>
        </w:rPr>
        <w:t>(</w:t>
      </w:r>
      <w:r w:rsidR="00FB33A6" w:rsidRPr="00713D6A">
        <w:rPr>
          <w:i/>
          <w:iCs/>
          <w:highlight w:val="yellow"/>
        </w:rPr>
        <w:t>COMMISSIONING OFFI</w:t>
      </w:r>
      <w:r w:rsidR="003433D4">
        <w:rPr>
          <w:i/>
          <w:iCs/>
          <w:highlight w:val="yellow"/>
        </w:rPr>
        <w:t>CER</w:t>
      </w:r>
      <w:r w:rsidR="00483A4C" w:rsidRPr="00E80BEB">
        <w:rPr>
          <w:i/>
          <w:iCs/>
        </w:rPr>
        <w:t xml:space="preserve"> PRESENTS THE CERT</w:t>
      </w:r>
      <w:r w:rsidR="007C3037">
        <w:rPr>
          <w:i/>
          <w:iCs/>
        </w:rPr>
        <w:t>IFICATE</w:t>
      </w:r>
      <w:r w:rsidR="00483A4C" w:rsidRPr="00E80BEB">
        <w:rPr>
          <w:i/>
          <w:iCs/>
        </w:rPr>
        <w:t>.)</w:t>
      </w:r>
    </w:p>
    <w:p w14:paraId="04184D01" w14:textId="63EB8CF8" w:rsidR="00833A48" w:rsidRPr="0014156E" w:rsidRDefault="00483A4C" w:rsidP="00203C05">
      <w:pPr>
        <w:spacing w:after="0" w:line="480" w:lineRule="auto"/>
        <w:rPr>
          <w:u w:val="single"/>
        </w:rPr>
      </w:pPr>
      <w:r w:rsidRPr="0014156E">
        <w:rPr>
          <w:u w:val="single"/>
        </w:rPr>
        <w:t>FIRST SALUTE</w:t>
      </w:r>
    </w:p>
    <w:p w14:paraId="30D4E3C4" w14:textId="77777777" w:rsidR="00DB76EA" w:rsidRDefault="00483A4C" w:rsidP="00203C05">
      <w:pPr>
        <w:spacing w:after="0" w:line="480" w:lineRule="auto"/>
      </w:pPr>
      <w:r>
        <w:t>MC:</w:t>
      </w:r>
      <w:r>
        <w:tab/>
        <w:t>“AS PREVIOUSLY NOTED, MILITARY CUSTOMS AND TRADITIONS PLAY A</w:t>
      </w:r>
    </w:p>
    <w:p w14:paraId="334EC966" w14:textId="7232AC11" w:rsidR="00833A48" w:rsidRDefault="00483A4C" w:rsidP="00203C05">
      <w:pPr>
        <w:spacing w:after="0" w:line="480" w:lineRule="auto"/>
        <w:ind w:left="720"/>
      </w:pPr>
      <w:r>
        <w:t xml:space="preserve">SIGNIFICANT ROLE IN ONE’S NAVAL CAREER. ONE OF THE TRADITIONS THAT HAVE WITHSTOOD THE TEST OF TIME IS THE PASSING OF A SILVER </w:t>
      </w:r>
      <w:r>
        <w:lastRenderedPageBreak/>
        <w:t xml:space="preserve">DOLLAR FROM A NEWLY APPOINTED OFFICER TO THE FIRST ENLISTED SAILOR WHO SALUTES THEM. DATING BACK TO OUR COUNTRY’S </w:t>
      </w:r>
      <w:r w:rsidR="00E64336">
        <w:t>COLONIAL TIMES</w:t>
      </w:r>
      <w:r>
        <w:t>, A NEWLY APPOINTED OFFICER WAS PAIRED WITH A</w:t>
      </w:r>
      <w:r w:rsidR="00556DA8">
        <w:t>N</w:t>
      </w:r>
      <w:r w:rsidR="0093289D">
        <w:t xml:space="preserve"> ENLISTED SAILOR</w:t>
      </w:r>
      <w:r w:rsidR="00997AE9">
        <w:t xml:space="preserve"> WHO WOU</w:t>
      </w:r>
      <w:r w:rsidR="00BD0AA9">
        <w:t>LD ADVI</w:t>
      </w:r>
      <w:r w:rsidR="00410E88">
        <w:t>S</w:t>
      </w:r>
      <w:r w:rsidR="00BD0AA9">
        <w:t xml:space="preserve">E AND </w:t>
      </w:r>
      <w:r>
        <w:t xml:space="preserve">MENTOR </w:t>
      </w:r>
      <w:r w:rsidR="009C4953">
        <w:t>THEM</w:t>
      </w:r>
      <w:r w:rsidR="0037484C">
        <w:t xml:space="preserve"> ON </w:t>
      </w:r>
      <w:r w:rsidR="00AC535C">
        <w:t>CUSTOMS</w:t>
      </w:r>
      <w:r w:rsidR="000B3EB6">
        <w:t xml:space="preserve">, SEAMANSHIP, AND </w:t>
      </w:r>
      <w:r w:rsidR="00483E3F">
        <w:t>THE DAY</w:t>
      </w:r>
      <w:r w:rsidR="001A65E6">
        <w:t>-TO-DAY OPERATIONS OF THE SHIP</w:t>
      </w:r>
      <w:r>
        <w:t>. AS PAYMENT, THE GOVERNMENT COMPENSATED THE</w:t>
      </w:r>
      <w:r w:rsidR="002F4F8A">
        <w:t>SE</w:t>
      </w:r>
      <w:r>
        <w:t xml:space="preserve"> </w:t>
      </w:r>
      <w:r w:rsidR="00791B16">
        <w:t>SAILOR</w:t>
      </w:r>
      <w:r w:rsidR="002F4F8A">
        <w:t>S</w:t>
      </w:r>
      <w:r>
        <w:t xml:space="preserve"> WITH ONE EXTRA DOLLAR A MONTH. EVENTUALLY THIS ‘DOLLAR’ COMPENSATION WAS ABOLISHED, BUT THE OBLIGATION</w:t>
      </w:r>
      <w:r w:rsidR="00943F1F">
        <w:t xml:space="preserve"> TO</w:t>
      </w:r>
      <w:r>
        <w:t xml:space="preserve"> </w:t>
      </w:r>
      <w:r w:rsidR="00555926">
        <w:t>ADVISE</w:t>
      </w:r>
      <w:r w:rsidR="00785BAF">
        <w:t xml:space="preserve"> </w:t>
      </w:r>
      <w:r w:rsidR="00555926">
        <w:t xml:space="preserve">AND </w:t>
      </w:r>
      <w:r w:rsidR="00785BAF">
        <w:t>MENTOR</w:t>
      </w:r>
      <w:r>
        <w:t xml:space="preserve"> JUNIOR OFFICERS REMAINED. TODAY, THE SILVER-DOLLAR SALUTE IS A SYMBOLIC TRADITION THAT RECOGNIZES AND HONORS THE</w:t>
      </w:r>
      <w:r w:rsidR="00897995">
        <w:t xml:space="preserve"> ENLISTED SAILOR</w:t>
      </w:r>
      <w:r>
        <w:t xml:space="preserve"> FOR THEIR EXCEPTIONAL MENTORSHIP AND INFLUENCE IN PREPARING ONE TO LEAD AS A MILITARY OFFICER.</w:t>
      </w:r>
      <w:r w:rsidR="004A1059">
        <w:t xml:space="preserve">  </w:t>
      </w:r>
      <w:r w:rsidR="00426A36" w:rsidRPr="00426A36">
        <w:t>AS THE SAYING GOES</w:t>
      </w:r>
      <w:r w:rsidR="004A1059" w:rsidRPr="00426A36">
        <w:t>,</w:t>
      </w:r>
      <w:r w:rsidR="004A1059">
        <w:t xml:space="preserve"> </w:t>
      </w:r>
      <w:r w:rsidR="00CE4D64">
        <w:t xml:space="preserve">YOUR FIRST SALUTE </w:t>
      </w:r>
      <w:r w:rsidR="00374312">
        <w:t>IS</w:t>
      </w:r>
      <w:r w:rsidR="000A361E">
        <w:t xml:space="preserve"> PAID FOR; ALL AFTER MUST BE EARNED!</w:t>
      </w:r>
      <w:r>
        <w:t>”</w:t>
      </w:r>
    </w:p>
    <w:p w14:paraId="3E73CE26" w14:textId="77777777" w:rsidR="008E2969" w:rsidRDefault="00483A4C" w:rsidP="00203C05">
      <w:pPr>
        <w:spacing w:after="0" w:line="480" w:lineRule="auto"/>
      </w:pPr>
      <w:r>
        <w:t>MC:</w:t>
      </w:r>
      <w:r>
        <w:tab/>
        <w:t>“</w:t>
      </w:r>
      <w:r w:rsidR="002D02FF">
        <w:rPr>
          <w:highlight w:val="yellow"/>
        </w:rPr>
        <w:t>RANK/N</w:t>
      </w:r>
      <w:r w:rsidR="00151732" w:rsidRPr="00151732">
        <w:rPr>
          <w:highlight w:val="yellow"/>
        </w:rPr>
        <w:t>AME</w:t>
      </w:r>
      <w:r>
        <w:t xml:space="preserve"> WILL NOW RETURN </w:t>
      </w:r>
      <w:r w:rsidRPr="00151732">
        <w:rPr>
          <w:highlight w:val="yellow"/>
        </w:rPr>
        <w:t>HIS</w:t>
      </w:r>
      <w:r w:rsidR="00151732" w:rsidRPr="00151732">
        <w:rPr>
          <w:highlight w:val="yellow"/>
        </w:rPr>
        <w:t>/HER</w:t>
      </w:r>
      <w:r>
        <w:t xml:space="preserve"> FIRST SALUTE AS A NAVAL</w:t>
      </w:r>
    </w:p>
    <w:p w14:paraId="70912412" w14:textId="7BB86C94" w:rsidR="00833A48" w:rsidRDefault="00483A4C" w:rsidP="00203C05">
      <w:pPr>
        <w:spacing w:after="0" w:line="480" w:lineRule="auto"/>
        <w:ind w:firstLine="720"/>
      </w:pPr>
      <w:r>
        <w:t xml:space="preserve">OFFICER. </w:t>
      </w:r>
      <w:r w:rsidR="00341FF8" w:rsidRPr="00341FF8">
        <w:rPr>
          <w:highlight w:val="yellow"/>
        </w:rPr>
        <w:t>FIRST SALUTE MEMBER</w:t>
      </w:r>
      <w:r w:rsidR="00480A0C">
        <w:rPr>
          <w:highlight w:val="yellow"/>
        </w:rPr>
        <w:t>’</w:t>
      </w:r>
      <w:r w:rsidR="00341FF8" w:rsidRPr="00341FF8">
        <w:rPr>
          <w:highlight w:val="yellow"/>
        </w:rPr>
        <w:t>S RANK/NAME</w:t>
      </w:r>
      <w:r>
        <w:t>, FRONT AND CENTER.”</w:t>
      </w:r>
    </w:p>
    <w:p w14:paraId="0A5AEB58" w14:textId="77777777" w:rsidR="008E2969" w:rsidRDefault="00480A0C" w:rsidP="00203C05">
      <w:pPr>
        <w:spacing w:after="0" w:line="480" w:lineRule="auto"/>
        <w:rPr>
          <w:i/>
          <w:iCs/>
        </w:rPr>
      </w:pPr>
      <w:r>
        <w:t xml:space="preserve">  </w:t>
      </w:r>
      <w:r w:rsidR="00483A4C" w:rsidRPr="00E80BEB">
        <w:rPr>
          <w:i/>
          <w:iCs/>
        </w:rPr>
        <w:t>(</w:t>
      </w:r>
      <w:r w:rsidR="00EB35A6" w:rsidRPr="007832D3">
        <w:rPr>
          <w:i/>
          <w:iCs/>
          <w:highlight w:val="yellow"/>
        </w:rPr>
        <w:t>FIRST SALUTE MEMBER’S RANK/NAME</w:t>
      </w:r>
      <w:r w:rsidR="00483A4C" w:rsidRPr="00E80BEB">
        <w:rPr>
          <w:i/>
          <w:iCs/>
        </w:rPr>
        <w:t xml:space="preserve"> WILL GREET </w:t>
      </w:r>
      <w:r w:rsidR="00483A4C" w:rsidRPr="00C66641">
        <w:rPr>
          <w:i/>
          <w:iCs/>
          <w:highlight w:val="yellow"/>
        </w:rPr>
        <w:t>ENSIGN</w:t>
      </w:r>
      <w:r w:rsidR="007832D3" w:rsidRPr="00C66641">
        <w:rPr>
          <w:i/>
          <w:iCs/>
          <w:highlight w:val="yellow"/>
        </w:rPr>
        <w:t>/CWO2</w:t>
      </w:r>
      <w:r w:rsidR="00374312">
        <w:rPr>
          <w:i/>
          <w:iCs/>
          <w:highlight w:val="yellow"/>
        </w:rPr>
        <w:t>/WO</w:t>
      </w:r>
      <w:r w:rsidR="003B7B49">
        <w:rPr>
          <w:i/>
          <w:iCs/>
          <w:highlight w:val="yellow"/>
        </w:rPr>
        <w:t>1</w:t>
      </w:r>
      <w:r w:rsidR="00C66641" w:rsidRPr="00C66641">
        <w:rPr>
          <w:i/>
          <w:iCs/>
          <w:highlight w:val="yellow"/>
        </w:rPr>
        <w:t xml:space="preserve"> NAME</w:t>
      </w:r>
      <w:r w:rsidR="00483A4C" w:rsidRPr="00E80BEB">
        <w:rPr>
          <w:i/>
          <w:iCs/>
        </w:rPr>
        <w:t xml:space="preserve"> AND SMARTLY RENDER A SALUTE. </w:t>
      </w:r>
      <w:r w:rsidR="00483A4C" w:rsidRPr="00C66641">
        <w:rPr>
          <w:i/>
          <w:iCs/>
          <w:highlight w:val="yellow"/>
        </w:rPr>
        <w:t>ENSIGN</w:t>
      </w:r>
      <w:r w:rsidR="00C66641" w:rsidRPr="00C66641">
        <w:rPr>
          <w:i/>
          <w:iCs/>
          <w:highlight w:val="yellow"/>
        </w:rPr>
        <w:t>/CWO2</w:t>
      </w:r>
      <w:r w:rsidR="003B7B49">
        <w:rPr>
          <w:i/>
          <w:iCs/>
          <w:highlight w:val="yellow"/>
        </w:rPr>
        <w:t>/WO1</w:t>
      </w:r>
      <w:r w:rsidR="00C66641" w:rsidRPr="00C66641">
        <w:rPr>
          <w:i/>
          <w:iCs/>
          <w:highlight w:val="yellow"/>
        </w:rPr>
        <w:t xml:space="preserve"> NAME</w:t>
      </w:r>
      <w:r w:rsidR="00483A4C" w:rsidRPr="00E80BEB">
        <w:rPr>
          <w:i/>
          <w:iCs/>
        </w:rPr>
        <w:t xml:space="preserve"> RETURNS THE SALUTE AND PRESENTS </w:t>
      </w:r>
      <w:r w:rsidR="00483A4C" w:rsidRPr="00C66641">
        <w:rPr>
          <w:i/>
          <w:iCs/>
          <w:highlight w:val="yellow"/>
        </w:rPr>
        <w:t>HIM</w:t>
      </w:r>
      <w:r w:rsidR="00C66641" w:rsidRPr="00C66641">
        <w:rPr>
          <w:i/>
          <w:iCs/>
          <w:highlight w:val="yellow"/>
        </w:rPr>
        <w:t>/HER</w:t>
      </w:r>
      <w:r w:rsidR="00483A4C" w:rsidRPr="00E80BEB">
        <w:rPr>
          <w:i/>
          <w:iCs/>
        </w:rPr>
        <w:t xml:space="preserve"> WITH A SILVER DOLLAR.</w:t>
      </w:r>
      <w:r w:rsidR="008E6D26">
        <w:rPr>
          <w:i/>
          <w:iCs/>
        </w:rPr>
        <w:t>)</w:t>
      </w:r>
    </w:p>
    <w:p w14:paraId="2714D854" w14:textId="633828A4" w:rsidR="00833A48" w:rsidRPr="008E6D26" w:rsidRDefault="008E2969" w:rsidP="00203C05">
      <w:pPr>
        <w:spacing w:after="0" w:line="480" w:lineRule="auto"/>
        <w:rPr>
          <w:i/>
          <w:iCs/>
        </w:rPr>
      </w:pPr>
      <w:r>
        <w:rPr>
          <w:i/>
          <w:iCs/>
        </w:rPr>
        <w:t xml:space="preserve">  </w:t>
      </w:r>
      <w:r w:rsidR="008E6D26">
        <w:rPr>
          <w:i/>
          <w:iCs/>
        </w:rPr>
        <w:t>(</w:t>
      </w:r>
      <w:r w:rsidR="0076777B">
        <w:rPr>
          <w:i/>
          <w:iCs/>
        </w:rPr>
        <w:t>FIRST SALUTE MEMBER RETURNS TO SEAT</w:t>
      </w:r>
      <w:r w:rsidR="008E6D26">
        <w:rPr>
          <w:i/>
          <w:iCs/>
        </w:rPr>
        <w:t>.</w:t>
      </w:r>
      <w:r w:rsidR="00483A4C" w:rsidRPr="00E80BEB">
        <w:rPr>
          <w:i/>
          <w:iCs/>
        </w:rPr>
        <w:t>)</w:t>
      </w:r>
    </w:p>
    <w:p w14:paraId="19A4F1A9" w14:textId="77777777" w:rsidR="00011565" w:rsidRDefault="00483A4C" w:rsidP="00203C05">
      <w:pPr>
        <w:spacing w:after="0" w:line="480" w:lineRule="auto"/>
      </w:pPr>
      <w:r>
        <w:t>MC:</w:t>
      </w:r>
      <w:r>
        <w:tab/>
        <w:t>“LADIES AND GENTLEMEN, IT IS MY HONOR TO INTRODUCE THE NAVY’S</w:t>
      </w:r>
    </w:p>
    <w:p w14:paraId="65BBD09A" w14:textId="67D7924B" w:rsidR="00833A48" w:rsidRDefault="00483A4C" w:rsidP="00203C05">
      <w:pPr>
        <w:spacing w:after="0" w:line="480" w:lineRule="auto"/>
        <w:ind w:firstLine="720"/>
      </w:pPr>
      <w:r>
        <w:t xml:space="preserve">NEWEST OFFICER, </w:t>
      </w:r>
      <w:r w:rsidRPr="008E6D26">
        <w:rPr>
          <w:highlight w:val="yellow"/>
        </w:rPr>
        <w:t>ENSIGN</w:t>
      </w:r>
      <w:r w:rsidR="008E6D26" w:rsidRPr="008E6D26">
        <w:rPr>
          <w:highlight w:val="yellow"/>
        </w:rPr>
        <w:t>/CWO2</w:t>
      </w:r>
      <w:r w:rsidR="006B5CDD">
        <w:rPr>
          <w:highlight w:val="yellow"/>
        </w:rPr>
        <w:t>/WO1</w:t>
      </w:r>
      <w:r w:rsidR="008E6D26" w:rsidRPr="008E6D26">
        <w:rPr>
          <w:highlight w:val="yellow"/>
        </w:rPr>
        <w:t xml:space="preserve"> NAME</w:t>
      </w:r>
      <w:r w:rsidR="008E6D26">
        <w:t xml:space="preserve">, </w:t>
      </w:r>
      <w:r>
        <w:t>UNITED STATES NAVY.”</w:t>
      </w:r>
    </w:p>
    <w:p w14:paraId="332C8676" w14:textId="77777777" w:rsidR="008F162D" w:rsidRDefault="008F162D" w:rsidP="00203C05">
      <w:pPr>
        <w:spacing w:after="0" w:line="480" w:lineRule="auto"/>
        <w:rPr>
          <w:i/>
          <w:iCs/>
        </w:rPr>
      </w:pPr>
      <w:r>
        <w:t xml:space="preserve">  </w:t>
      </w:r>
      <w:r w:rsidR="00483A4C" w:rsidRPr="002D02FF">
        <w:rPr>
          <w:i/>
          <w:iCs/>
        </w:rPr>
        <w:t>(</w:t>
      </w:r>
      <w:r w:rsidR="00483A4C" w:rsidRPr="002D02FF">
        <w:rPr>
          <w:i/>
          <w:iCs/>
          <w:highlight w:val="yellow"/>
        </w:rPr>
        <w:t>ENSIGN</w:t>
      </w:r>
      <w:r w:rsidR="00DA646E" w:rsidRPr="002D02FF">
        <w:rPr>
          <w:i/>
          <w:iCs/>
          <w:highlight w:val="yellow"/>
        </w:rPr>
        <w:t>/CWO2</w:t>
      </w:r>
      <w:r w:rsidR="006B5CDD" w:rsidRPr="002D02FF">
        <w:rPr>
          <w:i/>
          <w:iCs/>
          <w:highlight w:val="yellow"/>
        </w:rPr>
        <w:t>/WO1</w:t>
      </w:r>
      <w:r w:rsidR="00DA646E" w:rsidRPr="002D02FF">
        <w:rPr>
          <w:i/>
          <w:iCs/>
          <w:highlight w:val="yellow"/>
        </w:rPr>
        <w:t xml:space="preserve"> NAME</w:t>
      </w:r>
      <w:r w:rsidR="00483A4C" w:rsidRPr="002D02FF">
        <w:rPr>
          <w:i/>
          <w:iCs/>
        </w:rPr>
        <w:t xml:space="preserve"> DELIVERS REMARKS</w:t>
      </w:r>
      <w:r>
        <w:rPr>
          <w:i/>
          <w:iCs/>
        </w:rPr>
        <w:t>)</w:t>
      </w:r>
    </w:p>
    <w:p w14:paraId="713E85B9" w14:textId="22D40E6C" w:rsidR="00833A48" w:rsidRPr="002D02FF" w:rsidRDefault="00011565" w:rsidP="00203C05">
      <w:pPr>
        <w:spacing w:after="0" w:line="480" w:lineRule="auto"/>
        <w:rPr>
          <w:i/>
          <w:iCs/>
        </w:rPr>
      </w:pPr>
      <w:r>
        <w:rPr>
          <w:i/>
          <w:iCs/>
        </w:rPr>
        <w:lastRenderedPageBreak/>
        <w:t xml:space="preserve">  (</w:t>
      </w:r>
      <w:r w:rsidR="00483A4C" w:rsidRPr="002D02FF">
        <w:rPr>
          <w:i/>
          <w:iCs/>
        </w:rPr>
        <w:t xml:space="preserve">USHERS WILL BRING FLOWERS FOR </w:t>
      </w:r>
      <w:r w:rsidR="00483A4C" w:rsidRPr="002D02FF">
        <w:rPr>
          <w:i/>
          <w:iCs/>
          <w:highlight w:val="yellow"/>
        </w:rPr>
        <w:t>HIS</w:t>
      </w:r>
      <w:r w:rsidR="00DA646E" w:rsidRPr="002D02FF">
        <w:rPr>
          <w:i/>
          <w:iCs/>
          <w:highlight w:val="yellow"/>
        </w:rPr>
        <w:t>/HER</w:t>
      </w:r>
      <w:r w:rsidR="00483A4C" w:rsidRPr="002D02FF">
        <w:rPr>
          <w:i/>
          <w:iCs/>
          <w:highlight w:val="yellow"/>
        </w:rPr>
        <w:t xml:space="preserve"> </w:t>
      </w:r>
      <w:r w:rsidR="00DA646E" w:rsidRPr="002D02FF">
        <w:rPr>
          <w:i/>
          <w:iCs/>
          <w:highlight w:val="yellow"/>
        </w:rPr>
        <w:t>SPOUSE</w:t>
      </w:r>
      <w:r w:rsidR="00796527" w:rsidRPr="002D02FF">
        <w:rPr>
          <w:i/>
          <w:iCs/>
          <w:highlight w:val="yellow"/>
        </w:rPr>
        <w:t>/FAMILY MEMBERS</w:t>
      </w:r>
      <w:r w:rsidR="00483A4C" w:rsidRPr="002D02FF">
        <w:rPr>
          <w:i/>
          <w:iCs/>
        </w:rPr>
        <w:t>, THEN RETURN TO</w:t>
      </w:r>
      <w:r w:rsidR="00B834AC" w:rsidRPr="002D02FF">
        <w:rPr>
          <w:i/>
          <w:iCs/>
        </w:rPr>
        <w:t xml:space="preserve"> THEIR</w:t>
      </w:r>
      <w:r w:rsidR="00483A4C" w:rsidRPr="002D02FF">
        <w:rPr>
          <w:i/>
          <w:iCs/>
        </w:rPr>
        <w:t xml:space="preserve"> SEAT</w:t>
      </w:r>
      <w:r w:rsidR="00B834AC" w:rsidRPr="002D02FF">
        <w:rPr>
          <w:i/>
          <w:iCs/>
        </w:rPr>
        <w:t>S</w:t>
      </w:r>
      <w:r w:rsidR="00483A4C" w:rsidRPr="002D02FF">
        <w:rPr>
          <w:i/>
          <w:iCs/>
        </w:rPr>
        <w:t>)</w:t>
      </w:r>
    </w:p>
    <w:p w14:paraId="3F806121" w14:textId="236593AC" w:rsidR="00B834AC" w:rsidRDefault="00483A4C" w:rsidP="00203C05">
      <w:pPr>
        <w:spacing w:after="0" w:line="480" w:lineRule="auto"/>
      </w:pPr>
      <w:r>
        <w:t>MC:</w:t>
      </w:r>
      <w:r>
        <w:tab/>
        <w:t>“THANK YOU SIR</w:t>
      </w:r>
      <w:r w:rsidR="00732914">
        <w:t>/MA’AM</w:t>
      </w:r>
      <w:r>
        <w:t>!”</w:t>
      </w:r>
    </w:p>
    <w:p w14:paraId="51E18D1A" w14:textId="13ABC3BA" w:rsidR="00833A48" w:rsidRPr="0014156E" w:rsidRDefault="00483A4C" w:rsidP="00203C05">
      <w:pPr>
        <w:spacing w:after="0" w:line="480" w:lineRule="auto"/>
        <w:rPr>
          <w:u w:val="single"/>
        </w:rPr>
      </w:pPr>
      <w:r w:rsidRPr="0014156E">
        <w:rPr>
          <w:u w:val="single"/>
        </w:rPr>
        <w:t>BENEDICTION</w:t>
      </w:r>
    </w:p>
    <w:p w14:paraId="24CF6836" w14:textId="77777777" w:rsidR="008D2E41" w:rsidRDefault="00483A4C" w:rsidP="00203C05">
      <w:pPr>
        <w:spacing w:after="0" w:line="480" w:lineRule="auto"/>
      </w:pPr>
      <w:r>
        <w:t>MC:</w:t>
      </w:r>
      <w:r>
        <w:tab/>
        <w:t>“</w:t>
      </w:r>
      <w:r w:rsidR="00312765">
        <w:t xml:space="preserve">WILL THE GUESTS PLEASE RISE.  </w:t>
      </w:r>
      <w:r w:rsidR="00312765" w:rsidRPr="00011565">
        <w:rPr>
          <w:highlight w:val="yellow"/>
        </w:rPr>
        <w:t>NAME</w:t>
      </w:r>
      <w:r w:rsidR="00312765">
        <w:t xml:space="preserve"> WILL NOW DELIVER</w:t>
      </w:r>
      <w:r>
        <w:t xml:space="preserve"> THE</w:t>
      </w:r>
    </w:p>
    <w:p w14:paraId="54EEEE05" w14:textId="385A032F" w:rsidR="00833A48" w:rsidRDefault="00483A4C" w:rsidP="00203C05">
      <w:pPr>
        <w:spacing w:after="0" w:line="480" w:lineRule="auto"/>
        <w:ind w:firstLine="720"/>
      </w:pPr>
      <w:r>
        <w:t>BENEDICTION.”</w:t>
      </w:r>
    </w:p>
    <w:p w14:paraId="1958119C" w14:textId="77777777" w:rsidR="00011565" w:rsidRDefault="00011565" w:rsidP="00203C05">
      <w:pPr>
        <w:spacing w:after="0" w:line="480" w:lineRule="auto"/>
      </w:pPr>
      <w:r>
        <w:t>SP:</w:t>
      </w:r>
      <w:r>
        <w:tab/>
        <w:t>“LET US PRAY…AMEN.”</w:t>
      </w:r>
    </w:p>
    <w:p w14:paraId="62A84DCF" w14:textId="77777777" w:rsidR="00011565" w:rsidRDefault="00011565" w:rsidP="00203C05">
      <w:pPr>
        <w:spacing w:after="0" w:line="480" w:lineRule="auto"/>
      </w:pPr>
      <w:r>
        <w:t xml:space="preserve">  </w:t>
      </w:r>
      <w:r w:rsidRPr="0086433A">
        <w:rPr>
          <w:i/>
          <w:iCs/>
        </w:rPr>
        <w:t>(</w:t>
      </w:r>
      <w:r w:rsidRPr="008B6627">
        <w:rPr>
          <w:i/>
          <w:iCs/>
          <w:highlight w:val="yellow"/>
        </w:rPr>
        <w:t>NAME</w:t>
      </w:r>
      <w:r w:rsidRPr="0086433A">
        <w:rPr>
          <w:i/>
          <w:iCs/>
        </w:rPr>
        <w:t xml:space="preserve"> RETURNS TO </w:t>
      </w:r>
      <w:r w:rsidRPr="008B6627">
        <w:rPr>
          <w:i/>
          <w:iCs/>
          <w:highlight w:val="yellow"/>
        </w:rPr>
        <w:t>HIS/HER</w:t>
      </w:r>
      <w:r w:rsidRPr="0086433A">
        <w:rPr>
          <w:i/>
          <w:iCs/>
        </w:rPr>
        <w:t xml:space="preserve"> SEAT)</w:t>
      </w:r>
    </w:p>
    <w:p w14:paraId="2A8624E2" w14:textId="7D6AC94A" w:rsidR="00B834AC" w:rsidRDefault="00483A4C" w:rsidP="00203C05">
      <w:pPr>
        <w:spacing w:after="0" w:line="480" w:lineRule="auto"/>
      </w:pPr>
      <w:r>
        <w:t>MC:</w:t>
      </w:r>
      <w:r>
        <w:tab/>
        <w:t xml:space="preserve">“THANK YOU </w:t>
      </w:r>
      <w:r w:rsidR="005E0347" w:rsidRPr="005E0347">
        <w:rPr>
          <w:highlight w:val="yellow"/>
        </w:rPr>
        <w:t>SPEAKER</w:t>
      </w:r>
      <w:r w:rsidR="00A76652">
        <w:rPr>
          <w:highlight w:val="yellow"/>
        </w:rPr>
        <w:t>’</w:t>
      </w:r>
      <w:r w:rsidR="005E0347" w:rsidRPr="005E0347">
        <w:rPr>
          <w:highlight w:val="yellow"/>
        </w:rPr>
        <w:t>S NAME</w:t>
      </w:r>
      <w:r w:rsidR="00641EA7">
        <w:t>.</w:t>
      </w:r>
      <w:r>
        <w:t>”</w:t>
      </w:r>
    </w:p>
    <w:p w14:paraId="57F6ED03" w14:textId="77777777" w:rsidR="00641EA7" w:rsidRDefault="00483A4C" w:rsidP="00203C05">
      <w:pPr>
        <w:spacing w:after="0" w:line="480" w:lineRule="auto"/>
      </w:pPr>
      <w:r>
        <w:t>MC:</w:t>
      </w:r>
      <w:r>
        <w:tab/>
        <w:t>“</w:t>
      </w:r>
      <w:r w:rsidR="0004595E">
        <w:t xml:space="preserve">LADIES AND GENTLEMEN, ON BEHALF OF </w:t>
      </w:r>
      <w:r w:rsidR="0004595E" w:rsidRPr="002752F1">
        <w:rPr>
          <w:highlight w:val="yellow"/>
        </w:rPr>
        <w:t>ENSIGN/C</w:t>
      </w:r>
      <w:r w:rsidR="00641EA7">
        <w:rPr>
          <w:highlight w:val="yellow"/>
        </w:rPr>
        <w:t>WO2/CWO1</w:t>
      </w:r>
      <w:r w:rsidR="0004595E" w:rsidRPr="002752F1">
        <w:rPr>
          <w:highlight w:val="yellow"/>
        </w:rPr>
        <w:t xml:space="preserve"> NAME</w:t>
      </w:r>
    </w:p>
    <w:p w14:paraId="10267242" w14:textId="4DC697AD" w:rsidR="00B834AC" w:rsidRDefault="0004595E" w:rsidP="00203C05">
      <w:pPr>
        <w:spacing w:after="0" w:line="480" w:lineRule="auto"/>
        <w:ind w:left="720"/>
      </w:pPr>
      <w:r>
        <w:t xml:space="preserve">AND </w:t>
      </w:r>
      <w:r w:rsidRPr="002752F1">
        <w:rPr>
          <w:highlight w:val="yellow"/>
        </w:rPr>
        <w:t>HIS/HER</w:t>
      </w:r>
      <w:r>
        <w:t xml:space="preserve"> FAMILY, </w:t>
      </w:r>
      <w:r w:rsidR="00FA12EB">
        <w:t>WE</w:t>
      </w:r>
      <w:r>
        <w:t xml:space="preserve"> THANK YOU FOR TAKING PART IN</w:t>
      </w:r>
      <w:r w:rsidR="00FA12EB">
        <w:t xml:space="preserve"> TODAY’S</w:t>
      </w:r>
      <w:r>
        <w:t xml:space="preserve"> CEREMONY.  </w:t>
      </w:r>
      <w:r w:rsidR="00483A4C">
        <w:t xml:space="preserve">THERE WILL BE A RECEPTION </w:t>
      </w:r>
      <w:r w:rsidR="000A5EE9">
        <w:t>AT</w:t>
      </w:r>
      <w:r w:rsidR="00AF5334">
        <w:t xml:space="preserve"> </w:t>
      </w:r>
      <w:r w:rsidR="00AF5334" w:rsidRPr="00010374">
        <w:rPr>
          <w:highlight w:val="yellow"/>
        </w:rPr>
        <w:t>(</w:t>
      </w:r>
      <w:r w:rsidR="00010374" w:rsidRPr="00010374">
        <w:rPr>
          <w:highlight w:val="yellow"/>
        </w:rPr>
        <w:t>INSERT LOCATION, AS APPLICABLE</w:t>
      </w:r>
      <w:r w:rsidR="00AF5334" w:rsidRPr="00010374">
        <w:rPr>
          <w:highlight w:val="yellow"/>
        </w:rPr>
        <w:t>)</w:t>
      </w:r>
      <w:r w:rsidR="00483A4C">
        <w:t xml:space="preserve">. </w:t>
      </w:r>
      <w:r w:rsidR="002752F1">
        <w:t xml:space="preserve">THIS CONCLUDES TODAY’S CEREMONY. </w:t>
      </w:r>
      <w:r w:rsidR="00483A4C">
        <w:t xml:space="preserve">PLEASE COME </w:t>
      </w:r>
      <w:r w:rsidR="00676C8C">
        <w:t xml:space="preserve">UP </w:t>
      </w:r>
      <w:r w:rsidR="00483A4C">
        <w:t xml:space="preserve">AND CONGRATULATE </w:t>
      </w:r>
      <w:r w:rsidR="00483A4C" w:rsidRPr="00421C7D">
        <w:rPr>
          <w:highlight w:val="yellow"/>
        </w:rPr>
        <w:t>ENSIG</w:t>
      </w:r>
      <w:r w:rsidR="00421C7D" w:rsidRPr="00421C7D">
        <w:rPr>
          <w:highlight w:val="yellow"/>
        </w:rPr>
        <w:t>N/CWO2</w:t>
      </w:r>
      <w:r w:rsidR="00AF5334" w:rsidRPr="00AF5334">
        <w:rPr>
          <w:highlight w:val="yellow"/>
        </w:rPr>
        <w:t>/WO1 NAME</w:t>
      </w:r>
      <w:r w:rsidR="00483A4C">
        <w:t>.</w:t>
      </w:r>
      <w:r w:rsidR="00676C8C">
        <w:t xml:space="preserve"> THANK YOU.</w:t>
      </w:r>
      <w:r w:rsidR="00483A4C">
        <w:t>”</w:t>
      </w:r>
    </w:p>
    <w:p w14:paraId="077F6403" w14:textId="39586BA5" w:rsidR="00833A48" w:rsidRPr="0014156E" w:rsidRDefault="00483A4C" w:rsidP="00203C05">
      <w:pPr>
        <w:spacing w:after="0" w:line="480" w:lineRule="auto"/>
        <w:rPr>
          <w:u w:val="single"/>
        </w:rPr>
      </w:pPr>
      <w:r w:rsidRPr="0014156E">
        <w:rPr>
          <w:u w:val="single"/>
        </w:rPr>
        <w:t>END OF COMMISSIONING CEREMONY</w:t>
      </w:r>
    </w:p>
    <w:sectPr w:rsidR="00833A48" w:rsidRPr="0014156E" w:rsidSect="002B0A1B">
      <w:headerReference w:type="default" r:id="rId16"/>
      <w:footerReference w:type="default" r:id="rId17"/>
      <w:pgSz w:w="12240" w:h="15840"/>
      <w:pgMar w:top="1440" w:right="1440" w:bottom="1440" w:left="1440" w:header="720" w:footer="36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446F3" w14:textId="77777777" w:rsidR="00B92321" w:rsidRDefault="00B92321">
      <w:pPr>
        <w:spacing w:after="0" w:line="240" w:lineRule="auto"/>
      </w:pPr>
      <w:r>
        <w:separator/>
      </w:r>
    </w:p>
  </w:endnote>
  <w:endnote w:type="continuationSeparator" w:id="0">
    <w:p w14:paraId="17A1B84D" w14:textId="77777777" w:rsidR="00B92321" w:rsidRDefault="00B92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E75EA" w14:textId="06B3BA6C" w:rsidR="00BB08FB" w:rsidRDefault="00BB08FB" w:rsidP="008935BD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75B31" w14:textId="14E809FC" w:rsidR="000F5F54" w:rsidRDefault="00ED3E31" w:rsidP="00ED3E31">
    <w:pPr>
      <w:tabs>
        <w:tab w:val="center" w:pos="4680"/>
        <w:tab w:val="right" w:pos="9360"/>
      </w:tabs>
      <w:spacing w:after="0" w:line="240" w:lineRule="auto"/>
    </w:pPr>
    <w:r>
      <w:br/>
    </w:r>
  </w:p>
  <w:p w14:paraId="685484C2" w14:textId="77777777" w:rsidR="000F5F54" w:rsidRDefault="000F5F54" w:rsidP="00ED3E31">
    <w:pPr>
      <w:tabs>
        <w:tab w:val="center" w:pos="4680"/>
        <w:tab w:val="right" w:pos="9360"/>
      </w:tabs>
      <w:spacing w:after="0" w:line="240" w:lineRule="auto"/>
    </w:pPr>
  </w:p>
  <w:p w14:paraId="61A5B2F1" w14:textId="1A89D9CC" w:rsidR="00ED3E31" w:rsidRDefault="003B52B1" w:rsidP="00ED3E31">
    <w:pPr>
      <w:tabs>
        <w:tab w:val="center" w:pos="4680"/>
        <w:tab w:val="right" w:pos="9360"/>
      </w:tabs>
      <w:spacing w:after="0" w:line="240" w:lineRule="auto"/>
    </w:pPr>
    <w:r>
      <w:tab/>
    </w:r>
    <w:r w:rsidR="00ED3E31">
      <w:tab/>
      <w:t>Enclosure (3)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52F91" w14:textId="01E8F69A" w:rsidR="00833A48" w:rsidRDefault="008935BD" w:rsidP="003477CD">
    <w:pPr>
      <w:tabs>
        <w:tab w:val="left" w:pos="4320"/>
      </w:tabs>
      <w:spacing w:after="0" w:line="240" w:lineRule="auto"/>
      <w:jc w:val="center"/>
    </w:pPr>
    <w:r>
      <w:br/>
    </w:r>
    <w:r w:rsidR="00296B71">
      <w:tab/>
    </w:r>
    <w:r w:rsidR="00296B71">
      <w:tab/>
    </w:r>
    <w:r w:rsidR="00296B71">
      <w:tab/>
    </w:r>
    <w:r w:rsidR="00296B71">
      <w:tab/>
    </w:r>
    <w:r w:rsidR="00296B71">
      <w:tab/>
    </w:r>
    <w:r w:rsidR="00296B71">
      <w:tab/>
    </w:r>
    <w:r w:rsidR="00296B71">
      <w:tab/>
    </w:r>
    <w:r w:rsidR="00296B71">
      <w:tab/>
    </w:r>
    <w:r w:rsidR="00296B71">
      <w:tab/>
    </w:r>
    <w:r w:rsidR="00296B71">
      <w:tab/>
    </w:r>
    <w:r w:rsidR="00296B71">
      <w:tab/>
    </w:r>
    <w:r w:rsidR="00483A4C">
      <w:t>Enclosure (1)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CF0A5" w14:textId="7E08389F" w:rsidR="00833A48" w:rsidRDefault="00A224C8" w:rsidP="00886C05">
    <w:pPr>
      <w:tabs>
        <w:tab w:val="center" w:pos="4680"/>
        <w:tab w:val="right" w:pos="9360"/>
      </w:tabs>
      <w:spacing w:after="0" w:line="240" w:lineRule="auto"/>
    </w:pPr>
    <w:r>
      <w:br/>
    </w:r>
    <w:r>
      <w:tab/>
    </w:r>
    <w:r>
      <w:tab/>
    </w:r>
    <w:r w:rsidR="00483A4C">
      <w:t>Enclosure (2)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55081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1AD0FB" w14:textId="033B8313" w:rsidR="000F5F54" w:rsidRDefault="000F5F54" w:rsidP="003B52B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5A8F7F" w14:textId="3EC8518A" w:rsidR="000F5F54" w:rsidRDefault="000F5F54" w:rsidP="003B52B1">
    <w:pPr>
      <w:pStyle w:val="Footer"/>
      <w:jc w:val="center"/>
    </w:pPr>
    <w:r>
      <w:tab/>
    </w:r>
    <w:r w:rsidR="002B0A1B">
      <w:tab/>
    </w:r>
    <w:r>
      <w:t>Enclosure (3)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4BDAC" w14:textId="77777777" w:rsidR="00B92321" w:rsidRDefault="00B92321">
      <w:pPr>
        <w:spacing w:after="0" w:line="240" w:lineRule="auto"/>
      </w:pPr>
      <w:r>
        <w:separator/>
      </w:r>
    </w:p>
  </w:footnote>
  <w:footnote w:type="continuationSeparator" w:id="0">
    <w:p w14:paraId="3CEA8CF6" w14:textId="77777777" w:rsidR="00B92321" w:rsidRDefault="00B923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25C74" w14:textId="40357923" w:rsidR="00833A48" w:rsidRDefault="00833A48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876EC" w14:textId="12C23B5B" w:rsidR="00886C05" w:rsidRDefault="00886C05" w:rsidP="00886C05">
    <w:pPr>
      <w:pStyle w:val="Header"/>
      <w:tabs>
        <w:tab w:val="clear" w:pos="4680"/>
        <w:tab w:val="clear" w:pos="9360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0DC3E" w14:textId="65CE0331" w:rsidR="00833A48" w:rsidRDefault="00833A48">
    <w:pPr>
      <w:pStyle w:val="Header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C205B" w14:textId="56F98935" w:rsidR="00833A48" w:rsidRDefault="00833A48">
    <w:pPr>
      <w:pStyle w:val="Header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D693C" w14:textId="19349B1B" w:rsidR="00833A48" w:rsidRDefault="00833A4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49923996">
    <w:abstractNumId w:val="8"/>
  </w:num>
  <w:num w:numId="2" w16cid:durableId="2031837242">
    <w:abstractNumId w:val="6"/>
  </w:num>
  <w:num w:numId="3" w16cid:durableId="1066340697">
    <w:abstractNumId w:val="5"/>
  </w:num>
  <w:num w:numId="4" w16cid:durableId="1101609017">
    <w:abstractNumId w:val="4"/>
  </w:num>
  <w:num w:numId="5" w16cid:durableId="30155516">
    <w:abstractNumId w:val="7"/>
  </w:num>
  <w:num w:numId="6" w16cid:durableId="1934705419">
    <w:abstractNumId w:val="3"/>
  </w:num>
  <w:num w:numId="7" w16cid:durableId="979656630">
    <w:abstractNumId w:val="2"/>
  </w:num>
  <w:num w:numId="8" w16cid:durableId="198082286">
    <w:abstractNumId w:val="1"/>
  </w:num>
  <w:num w:numId="9" w16cid:durableId="264965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36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0374"/>
    <w:rsid w:val="00011565"/>
    <w:rsid w:val="00022979"/>
    <w:rsid w:val="000310FD"/>
    <w:rsid w:val="00034616"/>
    <w:rsid w:val="00034C98"/>
    <w:rsid w:val="00040A79"/>
    <w:rsid w:val="00043B46"/>
    <w:rsid w:val="00044746"/>
    <w:rsid w:val="0004595E"/>
    <w:rsid w:val="0006063C"/>
    <w:rsid w:val="000664B6"/>
    <w:rsid w:val="000721C1"/>
    <w:rsid w:val="00073087"/>
    <w:rsid w:val="000811E9"/>
    <w:rsid w:val="0008689B"/>
    <w:rsid w:val="000971E5"/>
    <w:rsid w:val="000A2992"/>
    <w:rsid w:val="000A361E"/>
    <w:rsid w:val="000A5EE9"/>
    <w:rsid w:val="000A69C9"/>
    <w:rsid w:val="000A77B9"/>
    <w:rsid w:val="000B3070"/>
    <w:rsid w:val="000B3EB6"/>
    <w:rsid w:val="000C692A"/>
    <w:rsid w:val="000E6D2B"/>
    <w:rsid w:val="000F40ED"/>
    <w:rsid w:val="000F4976"/>
    <w:rsid w:val="000F4A10"/>
    <w:rsid w:val="000F5F54"/>
    <w:rsid w:val="0010146C"/>
    <w:rsid w:val="001113ED"/>
    <w:rsid w:val="00121718"/>
    <w:rsid w:val="00131B05"/>
    <w:rsid w:val="00137622"/>
    <w:rsid w:val="00141458"/>
    <w:rsid w:val="0014156E"/>
    <w:rsid w:val="001423DD"/>
    <w:rsid w:val="0014284D"/>
    <w:rsid w:val="0015074B"/>
    <w:rsid w:val="00151732"/>
    <w:rsid w:val="0017118E"/>
    <w:rsid w:val="00181007"/>
    <w:rsid w:val="00184391"/>
    <w:rsid w:val="001A3641"/>
    <w:rsid w:val="001A65E6"/>
    <w:rsid w:val="001A7291"/>
    <w:rsid w:val="001B34DE"/>
    <w:rsid w:val="001C4664"/>
    <w:rsid w:val="001D3E0C"/>
    <w:rsid w:val="001D4439"/>
    <w:rsid w:val="001E0C62"/>
    <w:rsid w:val="001E41A1"/>
    <w:rsid w:val="001E68FA"/>
    <w:rsid w:val="001F1B5E"/>
    <w:rsid w:val="002016BF"/>
    <w:rsid w:val="00203C05"/>
    <w:rsid w:val="00207DC3"/>
    <w:rsid w:val="0021130C"/>
    <w:rsid w:val="00224896"/>
    <w:rsid w:val="00226A6B"/>
    <w:rsid w:val="002276A5"/>
    <w:rsid w:val="00233AED"/>
    <w:rsid w:val="002369BE"/>
    <w:rsid w:val="002513F3"/>
    <w:rsid w:val="00251DC9"/>
    <w:rsid w:val="0025476A"/>
    <w:rsid w:val="002616C0"/>
    <w:rsid w:val="00263082"/>
    <w:rsid w:val="002639E4"/>
    <w:rsid w:val="00265A52"/>
    <w:rsid w:val="002752F1"/>
    <w:rsid w:val="00281FE0"/>
    <w:rsid w:val="00283C8A"/>
    <w:rsid w:val="00292EED"/>
    <w:rsid w:val="00293497"/>
    <w:rsid w:val="002949FB"/>
    <w:rsid w:val="0029639D"/>
    <w:rsid w:val="00296B71"/>
    <w:rsid w:val="002A406E"/>
    <w:rsid w:val="002A41AB"/>
    <w:rsid w:val="002A6FD8"/>
    <w:rsid w:val="002B0A1B"/>
    <w:rsid w:val="002B2F37"/>
    <w:rsid w:val="002C4F4C"/>
    <w:rsid w:val="002C72FC"/>
    <w:rsid w:val="002D02FF"/>
    <w:rsid w:val="002D19FA"/>
    <w:rsid w:val="002D22C2"/>
    <w:rsid w:val="002D4ADF"/>
    <w:rsid w:val="002D756B"/>
    <w:rsid w:val="002E0855"/>
    <w:rsid w:val="002F0931"/>
    <w:rsid w:val="002F0F4E"/>
    <w:rsid w:val="002F44FC"/>
    <w:rsid w:val="002F4F8A"/>
    <w:rsid w:val="002F7406"/>
    <w:rsid w:val="00310EF2"/>
    <w:rsid w:val="00312765"/>
    <w:rsid w:val="00313554"/>
    <w:rsid w:val="0032078E"/>
    <w:rsid w:val="00325EC9"/>
    <w:rsid w:val="00326F90"/>
    <w:rsid w:val="00330B03"/>
    <w:rsid w:val="00336BDF"/>
    <w:rsid w:val="00341FF8"/>
    <w:rsid w:val="00342482"/>
    <w:rsid w:val="003433D4"/>
    <w:rsid w:val="003477CD"/>
    <w:rsid w:val="00347E78"/>
    <w:rsid w:val="00352B76"/>
    <w:rsid w:val="00356650"/>
    <w:rsid w:val="003666EC"/>
    <w:rsid w:val="00374312"/>
    <w:rsid w:val="0037484C"/>
    <w:rsid w:val="00376523"/>
    <w:rsid w:val="00381237"/>
    <w:rsid w:val="003821AC"/>
    <w:rsid w:val="00391056"/>
    <w:rsid w:val="00397289"/>
    <w:rsid w:val="003A1832"/>
    <w:rsid w:val="003A5503"/>
    <w:rsid w:val="003A7999"/>
    <w:rsid w:val="003B52B1"/>
    <w:rsid w:val="003B7B49"/>
    <w:rsid w:val="003C1511"/>
    <w:rsid w:val="003C2B44"/>
    <w:rsid w:val="003C2C0A"/>
    <w:rsid w:val="003D37CA"/>
    <w:rsid w:val="003E0466"/>
    <w:rsid w:val="003E19C1"/>
    <w:rsid w:val="003F3D41"/>
    <w:rsid w:val="00410E88"/>
    <w:rsid w:val="00413539"/>
    <w:rsid w:val="0041659F"/>
    <w:rsid w:val="0042055E"/>
    <w:rsid w:val="00421C7D"/>
    <w:rsid w:val="004252B3"/>
    <w:rsid w:val="0042654F"/>
    <w:rsid w:val="00426A36"/>
    <w:rsid w:val="004362E6"/>
    <w:rsid w:val="00437989"/>
    <w:rsid w:val="00437AD4"/>
    <w:rsid w:val="00441F54"/>
    <w:rsid w:val="004430E1"/>
    <w:rsid w:val="00445DE7"/>
    <w:rsid w:val="004551BF"/>
    <w:rsid w:val="004562CA"/>
    <w:rsid w:val="0046041A"/>
    <w:rsid w:val="00463381"/>
    <w:rsid w:val="004761DB"/>
    <w:rsid w:val="00480A0C"/>
    <w:rsid w:val="00480DFC"/>
    <w:rsid w:val="00481054"/>
    <w:rsid w:val="004837B8"/>
    <w:rsid w:val="00483A4C"/>
    <w:rsid w:val="00483E3F"/>
    <w:rsid w:val="004846D4"/>
    <w:rsid w:val="004864CD"/>
    <w:rsid w:val="00487579"/>
    <w:rsid w:val="004905D2"/>
    <w:rsid w:val="0049123E"/>
    <w:rsid w:val="004A1059"/>
    <w:rsid w:val="004A33F0"/>
    <w:rsid w:val="004A3A63"/>
    <w:rsid w:val="004A6543"/>
    <w:rsid w:val="004B0569"/>
    <w:rsid w:val="004C3060"/>
    <w:rsid w:val="004E687E"/>
    <w:rsid w:val="004E6BC5"/>
    <w:rsid w:val="004F4A48"/>
    <w:rsid w:val="005034CB"/>
    <w:rsid w:val="00511B10"/>
    <w:rsid w:val="0052286D"/>
    <w:rsid w:val="00523F2A"/>
    <w:rsid w:val="00523F68"/>
    <w:rsid w:val="005263F6"/>
    <w:rsid w:val="005268AE"/>
    <w:rsid w:val="00533776"/>
    <w:rsid w:val="00535CAA"/>
    <w:rsid w:val="00550463"/>
    <w:rsid w:val="00555612"/>
    <w:rsid w:val="00555926"/>
    <w:rsid w:val="00556DA8"/>
    <w:rsid w:val="005574CE"/>
    <w:rsid w:val="005641CF"/>
    <w:rsid w:val="0056607C"/>
    <w:rsid w:val="0057209D"/>
    <w:rsid w:val="00572F9A"/>
    <w:rsid w:val="00575879"/>
    <w:rsid w:val="00575D52"/>
    <w:rsid w:val="00576159"/>
    <w:rsid w:val="00585E63"/>
    <w:rsid w:val="00591BAB"/>
    <w:rsid w:val="00592AB3"/>
    <w:rsid w:val="005A0301"/>
    <w:rsid w:val="005B36F4"/>
    <w:rsid w:val="005B5E1B"/>
    <w:rsid w:val="005C180F"/>
    <w:rsid w:val="005C7597"/>
    <w:rsid w:val="005C7F66"/>
    <w:rsid w:val="005E0347"/>
    <w:rsid w:val="005E20E5"/>
    <w:rsid w:val="005F1C70"/>
    <w:rsid w:val="005F5A72"/>
    <w:rsid w:val="005F649D"/>
    <w:rsid w:val="00601932"/>
    <w:rsid w:val="00602254"/>
    <w:rsid w:val="0060681B"/>
    <w:rsid w:val="006122F1"/>
    <w:rsid w:val="00613061"/>
    <w:rsid w:val="006142CB"/>
    <w:rsid w:val="00617291"/>
    <w:rsid w:val="00617E22"/>
    <w:rsid w:val="006217C9"/>
    <w:rsid w:val="00641EA7"/>
    <w:rsid w:val="00651CE4"/>
    <w:rsid w:val="006543C1"/>
    <w:rsid w:val="00665587"/>
    <w:rsid w:val="006660B2"/>
    <w:rsid w:val="0067078F"/>
    <w:rsid w:val="00673402"/>
    <w:rsid w:val="006761ED"/>
    <w:rsid w:val="00676C0C"/>
    <w:rsid w:val="00676C8C"/>
    <w:rsid w:val="006863BC"/>
    <w:rsid w:val="00696EFF"/>
    <w:rsid w:val="006978C1"/>
    <w:rsid w:val="006B5CDD"/>
    <w:rsid w:val="006C28FF"/>
    <w:rsid w:val="006C74F8"/>
    <w:rsid w:val="006D0FC9"/>
    <w:rsid w:val="006D14E2"/>
    <w:rsid w:val="006D5456"/>
    <w:rsid w:val="006D71AC"/>
    <w:rsid w:val="006E0758"/>
    <w:rsid w:val="006E6A73"/>
    <w:rsid w:val="006E6E1F"/>
    <w:rsid w:val="006F4281"/>
    <w:rsid w:val="006F6BFD"/>
    <w:rsid w:val="006F7161"/>
    <w:rsid w:val="00701DF0"/>
    <w:rsid w:val="0070264A"/>
    <w:rsid w:val="00703D92"/>
    <w:rsid w:val="00713D6A"/>
    <w:rsid w:val="007211AA"/>
    <w:rsid w:val="00721280"/>
    <w:rsid w:val="0072367D"/>
    <w:rsid w:val="00724C61"/>
    <w:rsid w:val="007268B3"/>
    <w:rsid w:val="00732914"/>
    <w:rsid w:val="007519BC"/>
    <w:rsid w:val="00752F99"/>
    <w:rsid w:val="00754DE2"/>
    <w:rsid w:val="00757609"/>
    <w:rsid w:val="0076777B"/>
    <w:rsid w:val="007738E5"/>
    <w:rsid w:val="007748C8"/>
    <w:rsid w:val="00774AF7"/>
    <w:rsid w:val="007832D3"/>
    <w:rsid w:val="00785BAF"/>
    <w:rsid w:val="00785DC4"/>
    <w:rsid w:val="007876D9"/>
    <w:rsid w:val="00790BFD"/>
    <w:rsid w:val="00791B16"/>
    <w:rsid w:val="00796364"/>
    <w:rsid w:val="00796527"/>
    <w:rsid w:val="007B2BD5"/>
    <w:rsid w:val="007B5AD9"/>
    <w:rsid w:val="007B75D0"/>
    <w:rsid w:val="007C2277"/>
    <w:rsid w:val="007C3037"/>
    <w:rsid w:val="007D56EA"/>
    <w:rsid w:val="007E0E55"/>
    <w:rsid w:val="007E1C17"/>
    <w:rsid w:val="007F1C80"/>
    <w:rsid w:val="007F5414"/>
    <w:rsid w:val="007F774A"/>
    <w:rsid w:val="00800EAA"/>
    <w:rsid w:val="008040CF"/>
    <w:rsid w:val="00806DA6"/>
    <w:rsid w:val="008106A3"/>
    <w:rsid w:val="0082112A"/>
    <w:rsid w:val="00824E20"/>
    <w:rsid w:val="00826419"/>
    <w:rsid w:val="00830766"/>
    <w:rsid w:val="00833A48"/>
    <w:rsid w:val="00840A71"/>
    <w:rsid w:val="0084500B"/>
    <w:rsid w:val="00850882"/>
    <w:rsid w:val="00851D0F"/>
    <w:rsid w:val="00852E7D"/>
    <w:rsid w:val="0085690F"/>
    <w:rsid w:val="008575BA"/>
    <w:rsid w:val="0086433A"/>
    <w:rsid w:val="00871B8F"/>
    <w:rsid w:val="008727A6"/>
    <w:rsid w:val="0087619C"/>
    <w:rsid w:val="00883716"/>
    <w:rsid w:val="00886C05"/>
    <w:rsid w:val="008935BD"/>
    <w:rsid w:val="00894BDF"/>
    <w:rsid w:val="00897995"/>
    <w:rsid w:val="008A45BD"/>
    <w:rsid w:val="008A7108"/>
    <w:rsid w:val="008A79EC"/>
    <w:rsid w:val="008B1A81"/>
    <w:rsid w:val="008B6627"/>
    <w:rsid w:val="008C0C1F"/>
    <w:rsid w:val="008D273F"/>
    <w:rsid w:val="008D2E41"/>
    <w:rsid w:val="008D6935"/>
    <w:rsid w:val="008E01DA"/>
    <w:rsid w:val="008E16AA"/>
    <w:rsid w:val="008E2969"/>
    <w:rsid w:val="008E6D26"/>
    <w:rsid w:val="008F162D"/>
    <w:rsid w:val="008F1C63"/>
    <w:rsid w:val="009049DB"/>
    <w:rsid w:val="00911656"/>
    <w:rsid w:val="00912F4E"/>
    <w:rsid w:val="00931709"/>
    <w:rsid w:val="00932392"/>
    <w:rsid w:val="0093289D"/>
    <w:rsid w:val="00933ED2"/>
    <w:rsid w:val="00937AD3"/>
    <w:rsid w:val="00943F1F"/>
    <w:rsid w:val="009455BC"/>
    <w:rsid w:val="0094796F"/>
    <w:rsid w:val="00952C89"/>
    <w:rsid w:val="00952F44"/>
    <w:rsid w:val="00952F72"/>
    <w:rsid w:val="00966CB4"/>
    <w:rsid w:val="0097119F"/>
    <w:rsid w:val="00973926"/>
    <w:rsid w:val="00983687"/>
    <w:rsid w:val="00997AE9"/>
    <w:rsid w:val="009A7AC8"/>
    <w:rsid w:val="009B2762"/>
    <w:rsid w:val="009B7494"/>
    <w:rsid w:val="009C4953"/>
    <w:rsid w:val="009C52EE"/>
    <w:rsid w:val="009E054E"/>
    <w:rsid w:val="009E1A85"/>
    <w:rsid w:val="009F0CAE"/>
    <w:rsid w:val="009F13C2"/>
    <w:rsid w:val="009F17A8"/>
    <w:rsid w:val="00A00356"/>
    <w:rsid w:val="00A0359E"/>
    <w:rsid w:val="00A20E22"/>
    <w:rsid w:val="00A21E4E"/>
    <w:rsid w:val="00A224C8"/>
    <w:rsid w:val="00A24AE6"/>
    <w:rsid w:val="00A3640E"/>
    <w:rsid w:val="00A506ED"/>
    <w:rsid w:val="00A5256B"/>
    <w:rsid w:val="00A52CDE"/>
    <w:rsid w:val="00A56934"/>
    <w:rsid w:val="00A60E7B"/>
    <w:rsid w:val="00A67D3D"/>
    <w:rsid w:val="00A733FA"/>
    <w:rsid w:val="00A73AF0"/>
    <w:rsid w:val="00A75429"/>
    <w:rsid w:val="00A7544C"/>
    <w:rsid w:val="00A76652"/>
    <w:rsid w:val="00A863E4"/>
    <w:rsid w:val="00A90A33"/>
    <w:rsid w:val="00A93196"/>
    <w:rsid w:val="00A939AE"/>
    <w:rsid w:val="00A955F9"/>
    <w:rsid w:val="00A96B03"/>
    <w:rsid w:val="00A96B62"/>
    <w:rsid w:val="00AA1D8D"/>
    <w:rsid w:val="00AA2E2E"/>
    <w:rsid w:val="00AC390E"/>
    <w:rsid w:val="00AC3A22"/>
    <w:rsid w:val="00AC48AA"/>
    <w:rsid w:val="00AC535C"/>
    <w:rsid w:val="00AC7980"/>
    <w:rsid w:val="00AC7EEC"/>
    <w:rsid w:val="00AE2DF3"/>
    <w:rsid w:val="00AE6E3A"/>
    <w:rsid w:val="00AF0333"/>
    <w:rsid w:val="00AF2A59"/>
    <w:rsid w:val="00AF321E"/>
    <w:rsid w:val="00AF5334"/>
    <w:rsid w:val="00B10470"/>
    <w:rsid w:val="00B21D8C"/>
    <w:rsid w:val="00B27568"/>
    <w:rsid w:val="00B35025"/>
    <w:rsid w:val="00B47730"/>
    <w:rsid w:val="00B510FC"/>
    <w:rsid w:val="00B54D73"/>
    <w:rsid w:val="00B5521A"/>
    <w:rsid w:val="00B5764C"/>
    <w:rsid w:val="00B60F72"/>
    <w:rsid w:val="00B709CD"/>
    <w:rsid w:val="00B77421"/>
    <w:rsid w:val="00B800A7"/>
    <w:rsid w:val="00B800DD"/>
    <w:rsid w:val="00B834AC"/>
    <w:rsid w:val="00B84EAB"/>
    <w:rsid w:val="00B92321"/>
    <w:rsid w:val="00B92A0C"/>
    <w:rsid w:val="00BA5D7E"/>
    <w:rsid w:val="00BA69AC"/>
    <w:rsid w:val="00BB081C"/>
    <w:rsid w:val="00BB08FB"/>
    <w:rsid w:val="00BB24AF"/>
    <w:rsid w:val="00BD0529"/>
    <w:rsid w:val="00BD0AA9"/>
    <w:rsid w:val="00BD1BC6"/>
    <w:rsid w:val="00BD6F01"/>
    <w:rsid w:val="00BD7147"/>
    <w:rsid w:val="00BE124F"/>
    <w:rsid w:val="00BE4810"/>
    <w:rsid w:val="00BF40A2"/>
    <w:rsid w:val="00BF6F27"/>
    <w:rsid w:val="00C00EE1"/>
    <w:rsid w:val="00C03BA1"/>
    <w:rsid w:val="00C1245D"/>
    <w:rsid w:val="00C15C01"/>
    <w:rsid w:val="00C26BD7"/>
    <w:rsid w:val="00C3735F"/>
    <w:rsid w:val="00C3785F"/>
    <w:rsid w:val="00C429EF"/>
    <w:rsid w:val="00C445FC"/>
    <w:rsid w:val="00C60CAF"/>
    <w:rsid w:val="00C66641"/>
    <w:rsid w:val="00C679F5"/>
    <w:rsid w:val="00C81423"/>
    <w:rsid w:val="00C83DA0"/>
    <w:rsid w:val="00C84524"/>
    <w:rsid w:val="00C874F6"/>
    <w:rsid w:val="00CA2887"/>
    <w:rsid w:val="00CA4B6A"/>
    <w:rsid w:val="00CA4F4D"/>
    <w:rsid w:val="00CB0664"/>
    <w:rsid w:val="00CB133A"/>
    <w:rsid w:val="00CB1BCF"/>
    <w:rsid w:val="00CB2726"/>
    <w:rsid w:val="00CB4FAE"/>
    <w:rsid w:val="00CB59B8"/>
    <w:rsid w:val="00CC0D05"/>
    <w:rsid w:val="00CC14AA"/>
    <w:rsid w:val="00CC7383"/>
    <w:rsid w:val="00CD23B4"/>
    <w:rsid w:val="00CD2882"/>
    <w:rsid w:val="00CD36A5"/>
    <w:rsid w:val="00CD5BD6"/>
    <w:rsid w:val="00CE07CD"/>
    <w:rsid w:val="00CE0B23"/>
    <w:rsid w:val="00CE4D64"/>
    <w:rsid w:val="00CF6D32"/>
    <w:rsid w:val="00CF74EB"/>
    <w:rsid w:val="00CF7FEF"/>
    <w:rsid w:val="00D03055"/>
    <w:rsid w:val="00D2041C"/>
    <w:rsid w:val="00D233BA"/>
    <w:rsid w:val="00D35D2F"/>
    <w:rsid w:val="00D42F89"/>
    <w:rsid w:val="00D46065"/>
    <w:rsid w:val="00D469D2"/>
    <w:rsid w:val="00D5032E"/>
    <w:rsid w:val="00D505C1"/>
    <w:rsid w:val="00D703EB"/>
    <w:rsid w:val="00D821F2"/>
    <w:rsid w:val="00D8567D"/>
    <w:rsid w:val="00D9412B"/>
    <w:rsid w:val="00DA2F3C"/>
    <w:rsid w:val="00DA640E"/>
    <w:rsid w:val="00DA646E"/>
    <w:rsid w:val="00DB5A50"/>
    <w:rsid w:val="00DB76EA"/>
    <w:rsid w:val="00DC6276"/>
    <w:rsid w:val="00DC6F07"/>
    <w:rsid w:val="00DD128F"/>
    <w:rsid w:val="00DD635E"/>
    <w:rsid w:val="00DE07A7"/>
    <w:rsid w:val="00DE09A5"/>
    <w:rsid w:val="00DF1B4A"/>
    <w:rsid w:val="00DF7362"/>
    <w:rsid w:val="00E14342"/>
    <w:rsid w:val="00E21CAE"/>
    <w:rsid w:val="00E3652D"/>
    <w:rsid w:val="00E450B1"/>
    <w:rsid w:val="00E5015D"/>
    <w:rsid w:val="00E64336"/>
    <w:rsid w:val="00E724CA"/>
    <w:rsid w:val="00E80BEB"/>
    <w:rsid w:val="00E821E2"/>
    <w:rsid w:val="00E85547"/>
    <w:rsid w:val="00E923D2"/>
    <w:rsid w:val="00EA40F2"/>
    <w:rsid w:val="00EA62A6"/>
    <w:rsid w:val="00EB28DE"/>
    <w:rsid w:val="00EB35A6"/>
    <w:rsid w:val="00ED0DCC"/>
    <w:rsid w:val="00ED37E9"/>
    <w:rsid w:val="00ED3E31"/>
    <w:rsid w:val="00EE4C1D"/>
    <w:rsid w:val="00EF034A"/>
    <w:rsid w:val="00F2290C"/>
    <w:rsid w:val="00F22CBA"/>
    <w:rsid w:val="00F24136"/>
    <w:rsid w:val="00F24689"/>
    <w:rsid w:val="00F25052"/>
    <w:rsid w:val="00F30663"/>
    <w:rsid w:val="00F30B17"/>
    <w:rsid w:val="00F352E3"/>
    <w:rsid w:val="00F3594C"/>
    <w:rsid w:val="00F36A10"/>
    <w:rsid w:val="00F462C9"/>
    <w:rsid w:val="00F47452"/>
    <w:rsid w:val="00F50A7B"/>
    <w:rsid w:val="00F50DB7"/>
    <w:rsid w:val="00F52D31"/>
    <w:rsid w:val="00F55878"/>
    <w:rsid w:val="00F67C2E"/>
    <w:rsid w:val="00F71C6A"/>
    <w:rsid w:val="00F720E5"/>
    <w:rsid w:val="00F75EBA"/>
    <w:rsid w:val="00F81272"/>
    <w:rsid w:val="00F824C9"/>
    <w:rsid w:val="00F90C24"/>
    <w:rsid w:val="00F96015"/>
    <w:rsid w:val="00F97E99"/>
    <w:rsid w:val="00FA12EB"/>
    <w:rsid w:val="00FA1803"/>
    <w:rsid w:val="00FB33A6"/>
    <w:rsid w:val="00FB3692"/>
    <w:rsid w:val="00FC071B"/>
    <w:rsid w:val="00FC0FFC"/>
    <w:rsid w:val="00FC2CB3"/>
    <w:rsid w:val="00FC693F"/>
    <w:rsid w:val="00FD196D"/>
    <w:rsid w:val="00FE7A32"/>
    <w:rsid w:val="00FF0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A87DD3F"/>
  <w14:defaultImageDpi w14:val="330"/>
  <w15:docId w15:val="{884E3C04-A169-B34F-8FF4-DB16EDB7F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D5032E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27ac744-d744-4b94-baa9-948b89b4017a}" enabled="1" method="Standard" siteId="{e3333e00-c877-4b87-b6ad-45e942de175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12</Pages>
  <Words>1691</Words>
  <Characters>9641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11310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LDO/CWO Commissioning 5060 Template</dc:title>
  <dc:subject>LDO/CWO Commissioning 5060 Template</dc:subject>
  <dc:creator>BUPERS 31</dc:creator>
  <cp:keywords>LDO/CWO Commissioning 5060 Template</cp:keywords>
  <cp:lastModifiedBy>Sandoval, Hector CIV USN (USA)</cp:lastModifiedBy>
  <cp:revision>6</cp:revision>
  <dcterms:created xsi:type="dcterms:W3CDTF">2026-07-15T15:51:00Z</dcterms:created>
  <dcterms:modified xsi:type="dcterms:W3CDTF">2026-07-17T14:31:00Z</dcterms:modified>
  <cp:category/>
</cp:coreProperties>
</file>